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8A98C" w14:textId="77777777" w:rsidR="00C56B4C" w:rsidRPr="0089387E" w:rsidRDefault="0089387E">
      <w:pPr>
        <w:pBdr>
          <w:top w:val="single" w:sz="4" w:space="5" w:color="999999"/>
          <w:left w:val="single" w:sz="4" w:space="5" w:color="999999"/>
          <w:bottom w:val="single" w:sz="4" w:space="5" w:color="999999"/>
          <w:right w:val="single" w:sz="4" w:space="5" w:color="999999"/>
        </w:pBdr>
        <w:spacing w:after="60" w:line="240" w:lineRule="exact"/>
        <w:ind w:left="6803"/>
        <w:jc w:val="center"/>
        <w:rPr>
          <w:lang w:val="it-IT"/>
        </w:rPr>
      </w:pPr>
      <w:r w:rsidRPr="0089387E">
        <w:rPr>
          <w:sz w:val="18"/>
          <w:lang w:val="it-IT"/>
        </w:rPr>
        <w:t>Marca da bollo da € 16,00</w:t>
      </w:r>
      <w:r w:rsidRPr="0089387E">
        <w:rPr>
          <w:sz w:val="18"/>
          <w:lang w:val="it-IT"/>
        </w:rPr>
        <w:br/>
        <w:t>(salvo esenzioni di legge)</w:t>
      </w:r>
      <w:r w:rsidRPr="0089387E">
        <w:rPr>
          <w:sz w:val="18"/>
          <w:lang w:val="it-IT"/>
        </w:rPr>
        <w:br/>
      </w:r>
      <w:r w:rsidRPr="0089387E">
        <w:rPr>
          <w:sz w:val="18"/>
          <w:lang w:val="it-IT"/>
        </w:rPr>
        <w:br/>
      </w:r>
      <w:r w:rsidRPr="0089387E">
        <w:rPr>
          <w:sz w:val="18"/>
          <w:lang w:val="it-IT"/>
        </w:rPr>
        <w:br/>
      </w:r>
      <w:r w:rsidRPr="0089387E">
        <w:rPr>
          <w:sz w:val="18"/>
          <w:lang w:val="it-IT"/>
        </w:rPr>
        <w:br/>
      </w:r>
      <w:r w:rsidRPr="0089387E">
        <w:rPr>
          <w:sz w:val="18"/>
          <w:lang w:val="it-IT"/>
        </w:rPr>
        <w:br/>
      </w:r>
      <w:r w:rsidRPr="0089387E">
        <w:rPr>
          <w:sz w:val="18"/>
          <w:lang w:val="it-IT"/>
        </w:rPr>
        <w:br/>
      </w:r>
    </w:p>
    <w:p w14:paraId="428D325B" w14:textId="77777777" w:rsidR="00C56B4C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Al Comune di Terre d’Adige</w:t>
      </w:r>
      <w:r w:rsidRPr="0089387E">
        <w:rPr>
          <w:rFonts w:ascii="Calibri" w:hAnsi="Calibri" w:cs="Calibri"/>
          <w:sz w:val="24"/>
          <w:szCs w:val="24"/>
          <w:lang w:val="it-IT"/>
        </w:rPr>
        <w:br/>
        <w:t>Ufficio Segreteria</w:t>
      </w:r>
      <w:r w:rsidRPr="0089387E">
        <w:rPr>
          <w:rFonts w:ascii="Calibri" w:hAnsi="Calibri" w:cs="Calibri"/>
          <w:sz w:val="24"/>
          <w:szCs w:val="24"/>
          <w:lang w:val="it-IT"/>
        </w:rPr>
        <w:br/>
        <w:t>Piazza Santi Filippo e Giacomo 5 – 38097 Terre d’Adige (TN)</w:t>
      </w:r>
    </w:p>
    <w:p w14:paraId="53B909AB" w14:textId="77777777" w:rsidR="0089387E" w:rsidRPr="0089387E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</w:p>
    <w:p w14:paraId="3DD1A660" w14:textId="77777777" w:rsidR="00C56B4C" w:rsidRPr="0089387E" w:rsidRDefault="0089387E" w:rsidP="0089387E">
      <w:pPr>
        <w:pStyle w:val="Titolo"/>
        <w:spacing w:after="60"/>
        <w:jc w:val="center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Domanda di assegnazione di legna in piedi da ardere</w:t>
      </w:r>
    </w:p>
    <w:p w14:paraId="2EE87822" w14:textId="77777777" w:rsidR="00C56B4C" w:rsidRPr="0089387E" w:rsidRDefault="0089387E" w:rsidP="0089387E">
      <w:pPr>
        <w:spacing w:after="60"/>
        <w:jc w:val="center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b/>
          <w:sz w:val="24"/>
          <w:szCs w:val="24"/>
          <w:lang w:val="it-IT"/>
        </w:rPr>
        <w:t>Località Cros dei Francesi – Val Manara</w:t>
      </w:r>
    </w:p>
    <w:p w14:paraId="2755803A" w14:textId="224676F9" w:rsidR="00C56B4C" w:rsidRPr="0089387E" w:rsidRDefault="0089387E" w:rsidP="0089387E">
      <w:pPr>
        <w:spacing w:after="160"/>
        <w:jc w:val="center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Avviso per n. 15 sorti • Domanda entro le ore 12:00 del 19 ottobre 2026</w:t>
      </w:r>
    </w:p>
    <w:p w14:paraId="1624FCAD" w14:textId="3A186D2D" w:rsidR="00C56B4C" w:rsidRPr="0089387E" w:rsidRDefault="0089387E" w:rsidP="0089387E">
      <w:pPr>
        <w:spacing w:after="1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Il/La sottoscritto/a _____________________________________________________</w:t>
      </w:r>
      <w:r>
        <w:rPr>
          <w:rFonts w:ascii="Calibri" w:hAnsi="Calibri" w:cs="Calibri"/>
          <w:sz w:val="24"/>
          <w:szCs w:val="24"/>
          <w:lang w:val="it-IT"/>
        </w:rPr>
        <w:t>______________</w:t>
      </w:r>
      <w:r w:rsidRPr="0089387E">
        <w:rPr>
          <w:rFonts w:ascii="Calibri" w:hAnsi="Calibri" w:cs="Calibri"/>
          <w:sz w:val="24"/>
          <w:szCs w:val="24"/>
          <w:lang w:val="it-IT"/>
        </w:rPr>
        <w:t>_</w:t>
      </w:r>
    </w:p>
    <w:p w14:paraId="23FE36E4" w14:textId="125479F8" w:rsidR="00C56B4C" w:rsidRPr="0089387E" w:rsidRDefault="0089387E" w:rsidP="0089387E">
      <w:pPr>
        <w:spacing w:after="1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 xml:space="preserve">nato/a </w:t>
      </w:r>
      <w:proofErr w:type="spellStart"/>
      <w:r w:rsidRPr="0089387E">
        <w:rPr>
          <w:rFonts w:ascii="Calibri" w:hAnsi="Calibri" w:cs="Calibri"/>
          <w:sz w:val="24"/>
          <w:szCs w:val="24"/>
          <w:lang w:val="it-IT"/>
        </w:rPr>
        <w:t>a</w:t>
      </w:r>
      <w:proofErr w:type="spellEnd"/>
      <w:r w:rsidRPr="0089387E">
        <w:rPr>
          <w:rFonts w:ascii="Calibri" w:hAnsi="Calibri" w:cs="Calibri"/>
          <w:sz w:val="24"/>
          <w:szCs w:val="24"/>
          <w:lang w:val="it-IT"/>
        </w:rPr>
        <w:t xml:space="preserve"> ____________________________________ il ________________________</w:t>
      </w:r>
      <w:r>
        <w:rPr>
          <w:rFonts w:ascii="Calibri" w:hAnsi="Calibri" w:cs="Calibri"/>
          <w:sz w:val="24"/>
          <w:szCs w:val="24"/>
          <w:lang w:val="it-IT"/>
        </w:rPr>
        <w:t>_______________</w:t>
      </w:r>
    </w:p>
    <w:p w14:paraId="6A8C8B96" w14:textId="07CAB7D0" w:rsidR="00C56B4C" w:rsidRPr="0089387E" w:rsidRDefault="0089387E" w:rsidP="0089387E">
      <w:pPr>
        <w:spacing w:after="1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codice fiscale _________________________________________________________</w:t>
      </w:r>
      <w:r>
        <w:rPr>
          <w:rFonts w:ascii="Calibri" w:hAnsi="Calibri" w:cs="Calibri"/>
          <w:sz w:val="24"/>
          <w:szCs w:val="24"/>
          <w:lang w:val="it-IT"/>
        </w:rPr>
        <w:t>________________</w:t>
      </w:r>
    </w:p>
    <w:p w14:paraId="2CD3F3A0" w14:textId="77777777" w:rsidR="00C56B4C" w:rsidRPr="0089387E" w:rsidRDefault="0089387E" w:rsidP="0089387E">
      <w:pPr>
        <w:spacing w:after="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residente a Terre d’Adige, abitato di Zambana, in</w:t>
      </w:r>
    </w:p>
    <w:p w14:paraId="5A361DCF" w14:textId="03ADD21D" w:rsidR="00C56B4C" w:rsidRPr="0089387E" w:rsidRDefault="0089387E" w:rsidP="0089387E">
      <w:pPr>
        <w:spacing w:after="1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via/piazza _____________________________________________ n. _____________</w:t>
      </w:r>
      <w:r>
        <w:rPr>
          <w:rFonts w:ascii="Calibri" w:hAnsi="Calibri" w:cs="Calibri"/>
          <w:sz w:val="24"/>
          <w:szCs w:val="24"/>
          <w:lang w:val="it-IT"/>
        </w:rPr>
        <w:t>_______________</w:t>
      </w:r>
    </w:p>
    <w:p w14:paraId="6922827C" w14:textId="565A17D0" w:rsidR="00C56B4C" w:rsidRPr="0089387E" w:rsidRDefault="0089387E" w:rsidP="0089387E">
      <w:pPr>
        <w:spacing w:after="1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telefono __________________ email ______________________________________</w:t>
      </w:r>
      <w:r>
        <w:rPr>
          <w:rFonts w:ascii="Calibri" w:hAnsi="Calibri" w:cs="Calibri"/>
          <w:sz w:val="24"/>
          <w:szCs w:val="24"/>
          <w:lang w:val="it-IT"/>
        </w:rPr>
        <w:t>_______________</w:t>
      </w:r>
    </w:p>
    <w:p w14:paraId="6BF4CBA6" w14:textId="77777777" w:rsidR="00C56B4C" w:rsidRPr="0089387E" w:rsidRDefault="0089387E" w:rsidP="0089387E">
      <w:pPr>
        <w:spacing w:after="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Intestatario della scheda di famiglia, se diverso dal richiedente</w:t>
      </w:r>
    </w:p>
    <w:p w14:paraId="2935A222" w14:textId="760420C8" w:rsidR="00C56B4C" w:rsidRPr="0089387E" w:rsidRDefault="0089387E" w:rsidP="0089387E">
      <w:pPr>
        <w:spacing w:after="14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nome e cognome _____________________________________________________</w:t>
      </w:r>
      <w:r>
        <w:rPr>
          <w:rFonts w:ascii="Calibri" w:hAnsi="Calibri" w:cs="Calibri"/>
          <w:sz w:val="24"/>
          <w:szCs w:val="24"/>
          <w:lang w:val="it-IT"/>
        </w:rPr>
        <w:t>_______________</w:t>
      </w:r>
      <w:r w:rsidRPr="0089387E">
        <w:rPr>
          <w:rFonts w:ascii="Calibri" w:hAnsi="Calibri" w:cs="Calibri"/>
          <w:sz w:val="24"/>
          <w:szCs w:val="24"/>
          <w:lang w:val="it-IT"/>
        </w:rPr>
        <w:t>_</w:t>
      </w:r>
    </w:p>
    <w:p w14:paraId="3E172924" w14:textId="77777777" w:rsidR="0089387E" w:rsidRDefault="0089387E">
      <w:pPr>
        <w:spacing w:after="100"/>
        <w:rPr>
          <w:rFonts w:ascii="Calibri" w:hAnsi="Calibri" w:cs="Calibri"/>
          <w:sz w:val="24"/>
          <w:szCs w:val="24"/>
          <w:lang w:val="it-IT"/>
        </w:rPr>
      </w:pPr>
    </w:p>
    <w:p w14:paraId="6755FDDB" w14:textId="115B3EF1" w:rsidR="00C56B4C" w:rsidRPr="0089387E" w:rsidRDefault="0089387E" w:rsidP="0089387E">
      <w:pPr>
        <w:spacing w:after="10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CHIEDE l’ammissione al sorteggio e l’assegnazione, per il proprio nucleo familiare, di una sorte di legna in piedi da ardere di faggio e carpino nero, di circa 25 quintali, in località Cros dei Francesi – Val Manara, alle condizioni dell’avviso</w:t>
      </w:r>
      <w:r>
        <w:rPr>
          <w:rFonts w:ascii="Calibri" w:hAnsi="Calibri" w:cs="Calibri"/>
          <w:sz w:val="24"/>
          <w:szCs w:val="24"/>
          <w:lang w:val="it-IT"/>
        </w:rPr>
        <w:t xml:space="preserve"> prot.</w:t>
      </w:r>
      <w:r w:rsidR="00724607">
        <w:rPr>
          <w:rFonts w:ascii="Calibri" w:hAnsi="Calibri" w:cs="Calibri"/>
          <w:sz w:val="24"/>
          <w:szCs w:val="24"/>
          <w:lang w:val="it-IT"/>
        </w:rPr>
        <w:t xml:space="preserve"> 7394 </w:t>
      </w:r>
      <w:proofErr w:type="spellStart"/>
      <w:r w:rsidR="00724607">
        <w:rPr>
          <w:rFonts w:ascii="Calibri" w:hAnsi="Calibri" w:cs="Calibri"/>
          <w:sz w:val="24"/>
          <w:szCs w:val="24"/>
          <w:lang w:val="it-IT"/>
        </w:rPr>
        <w:t>dd</w:t>
      </w:r>
      <w:proofErr w:type="spellEnd"/>
      <w:r w:rsidR="00724607">
        <w:rPr>
          <w:rFonts w:ascii="Calibri" w:hAnsi="Calibri" w:cs="Calibri"/>
          <w:sz w:val="24"/>
          <w:szCs w:val="24"/>
          <w:lang w:val="it-IT"/>
        </w:rPr>
        <w:t>. 08/10/2026</w:t>
      </w:r>
      <w:r w:rsidRPr="0089387E">
        <w:rPr>
          <w:rFonts w:ascii="Calibri" w:hAnsi="Calibri" w:cs="Calibri"/>
          <w:sz w:val="24"/>
          <w:szCs w:val="24"/>
          <w:lang w:val="it-IT"/>
        </w:rPr>
        <w:t>. La richiesta è presentata nell’esercizio dell’uso civico di legnatico, ai sensi dell’art. 2 della L.P. 14 giugno 2005, n. 6.</w:t>
      </w:r>
    </w:p>
    <w:p w14:paraId="4E95BFC2" w14:textId="77777777" w:rsidR="0089387E" w:rsidRDefault="0089387E">
      <w:pPr>
        <w:rPr>
          <w:rFonts w:ascii="Calibri" w:hAnsi="Calibri" w:cs="Calibri"/>
          <w:sz w:val="24"/>
          <w:szCs w:val="24"/>
          <w:lang w:val="it-IT"/>
        </w:rPr>
      </w:pPr>
    </w:p>
    <w:p w14:paraId="281EE827" w14:textId="589105BB" w:rsidR="00C56B4C" w:rsidRPr="0089387E" w:rsidRDefault="0089387E" w:rsidP="0089387E">
      <w:pPr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Ai sensi degli artt. 46 e 47 del D.P.R. 28 dicembre 2000, n. 445, consapevole delle sanzioni penali previste dall’art. 76 e della decadenza dai benefici conseguenti a dichiarazioni non veritiere ai sensi dell’art. 75, DICHIARA sotto la propria responsabilità:</w:t>
      </w:r>
    </w:p>
    <w:p w14:paraId="44BCECD2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1. che i dati anagrafici e di residenza sopra indicati sono veritieri e che è residente nell’abitato di Zambana, Comune di Terre d’Adige;</w:t>
      </w:r>
    </w:p>
    <w:p w14:paraId="1ED60729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2. di appartenere al nucleo familiare individuato dalla scheda di famiglia dell’anagrafe comunale, ai sensi dell’art. 2, comma 5, della L.P. n. 6/2005;</w:t>
      </w:r>
    </w:p>
    <w:p w14:paraId="13DD85B1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3. che nessun altro componente del medesimo nucleo familiare ha presentato domanda di assegnazione in relazione a questo avviso;</w:t>
      </w:r>
    </w:p>
    <w:p w14:paraId="345E89F4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4. che la legna richiesta è destinata a soddisfare i bisogni domestici del proprio nucleo familiare, ai sensi dell’art. 2, comma 1, della L.P. n. 6/2005.</w:t>
      </w:r>
    </w:p>
    <w:p w14:paraId="29DF2764" w14:textId="77777777" w:rsidR="00C56B4C" w:rsidRPr="0089387E" w:rsidRDefault="0089387E">
      <w:pPr>
        <w:spacing w:after="0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lastRenderedPageBreak/>
        <w:t>Il Comune verifica le dichiarazioni ai sensi dell’art. 71 del D.P.R. n. 445/2000 e acquisisce d’ufficio i dati già detenuti dalle pubbliche amministrazioni, ai sensi dell’art. 43 del medesimo decreto.</w:t>
      </w:r>
    </w:p>
    <w:p w14:paraId="238B3037" w14:textId="77777777" w:rsidR="0089387E" w:rsidRDefault="0089387E">
      <w:pPr>
        <w:rPr>
          <w:rFonts w:ascii="Calibri" w:hAnsi="Calibri" w:cs="Calibri"/>
          <w:sz w:val="24"/>
          <w:szCs w:val="24"/>
          <w:lang w:val="it-IT"/>
        </w:rPr>
      </w:pPr>
    </w:p>
    <w:p w14:paraId="06D06B2F" w14:textId="25B4C8E1" w:rsidR="00C56B4C" w:rsidRPr="0089387E" w:rsidRDefault="0089387E" w:rsidP="0089387E">
      <w:pPr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Il/La sottoscritto/a prende visione dell’avviso e della planimetria allegata, ne accetta le condizioni e, in caso di assegnazione, SI IMPEGNA a:</w:t>
      </w:r>
    </w:p>
    <w:p w14:paraId="04AC9324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1. versare il corrispettivo di € 30,00 contestualmente alla sottoscrizione dell’accettazione del lotto assegnato, secondo le modalità comunicate dall’Ufficio Segreteria;</w:t>
      </w:r>
    </w:p>
    <w:p w14:paraId="6B956DDE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2. effettuare il taglio e l’asporto della legna entro il 30 marzo 2027, nel rispetto delle prescrizioni impartite dal Custode forestale;</w:t>
      </w:r>
    </w:p>
    <w:p w14:paraId="5EA4DAC7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3. disporre di attrezzatura adeguata e dell’esperienza necessaria per le operazioni di taglio, movimentazione e asporto, adottando le cautele necessarie a evitare danni a persone, animali, cose, terreni e vegetazione;</w:t>
      </w:r>
    </w:p>
    <w:p w14:paraId="7569EB51" w14:textId="77777777" w:rsidR="00C56B4C" w:rsidRPr="0089387E" w:rsidRDefault="0089387E" w:rsidP="0089387E">
      <w:pPr>
        <w:spacing w:after="60"/>
        <w:ind w:left="272" w:hanging="272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4. utilizzare la legna per i bisogni domestici del proprio nucleo familiare, senza destinarla alla vendita o a finalità commerciali.</w:t>
      </w:r>
    </w:p>
    <w:p w14:paraId="7B757942" w14:textId="77777777" w:rsidR="00C56B4C" w:rsidRPr="0089387E" w:rsidRDefault="0089387E" w:rsidP="0089387E">
      <w:pPr>
        <w:spacing w:after="10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Prende atto che le operazioni si svolgono sotto la responsabilità dell’assegnatario, fatti salvi i casi di responsabilità non escludibile ai sensi di legge, e che le sorti non prelevate entro il 30 marzo 2027 tornano nella disponibilità del Comune senza rimborso, salvo comprovata impossibilità per ragioni non imputabili alla volontà del richiedente.</w:t>
      </w:r>
    </w:p>
    <w:p w14:paraId="08B151BF" w14:textId="77777777" w:rsidR="0089387E" w:rsidRDefault="0089387E">
      <w:pPr>
        <w:rPr>
          <w:rFonts w:ascii="Calibri" w:hAnsi="Calibri" w:cs="Calibri"/>
          <w:sz w:val="24"/>
          <w:szCs w:val="24"/>
          <w:lang w:val="it-IT"/>
        </w:rPr>
      </w:pPr>
    </w:p>
    <w:p w14:paraId="494C05C4" w14:textId="2DC5649B" w:rsidR="00C56B4C" w:rsidRPr="0089387E" w:rsidRDefault="0089387E" w:rsidP="0089387E">
      <w:pPr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Istanza in bollo ai sensi dell’art. 3 della Tariffa, parte I, allegata al D.P.R. 26 ottobre 1972, n. 642, salvo esenzioni di legge. Barrare la voce pertinente.</w:t>
      </w:r>
    </w:p>
    <w:p w14:paraId="04861B0E" w14:textId="77777777" w:rsidR="00C56B4C" w:rsidRPr="0089387E" w:rsidRDefault="0089387E">
      <w:pPr>
        <w:spacing w:after="60"/>
        <w:ind w:left="272" w:hanging="272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89387E">
        <w:rPr>
          <w:rFonts w:ascii="Calibri" w:hAnsi="Calibri" w:cs="Calibri"/>
          <w:sz w:val="24"/>
          <w:szCs w:val="24"/>
          <w:lang w:val="it-IT"/>
        </w:rPr>
        <w:t xml:space="preserve"> Contrassegno da € 16,00 applicato nello spazio della prima pagina e annullato.</w:t>
      </w:r>
    </w:p>
    <w:p w14:paraId="27C89C50" w14:textId="77777777" w:rsidR="00C56B4C" w:rsidRPr="0089387E" w:rsidRDefault="0089387E">
      <w:pPr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Identificativo del contrassegno ____________________ emesso il ______________</w:t>
      </w:r>
    </w:p>
    <w:p w14:paraId="562173B1" w14:textId="77777777" w:rsidR="00C56B4C" w:rsidRPr="0089387E" w:rsidRDefault="0089387E">
      <w:pPr>
        <w:spacing w:after="60"/>
        <w:ind w:left="272" w:hanging="272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89387E">
        <w:rPr>
          <w:rFonts w:ascii="Calibri" w:hAnsi="Calibri" w:cs="Calibri"/>
          <w:sz w:val="24"/>
          <w:szCs w:val="24"/>
          <w:lang w:val="it-IT"/>
        </w:rPr>
        <w:t xml:space="preserve"> Esenzione richiesta ai sensi della seguente disposizione normativa:</w:t>
      </w:r>
    </w:p>
    <w:p w14:paraId="5C6023D7" w14:textId="77777777" w:rsidR="00C56B4C" w:rsidRPr="0089387E" w:rsidRDefault="0089387E">
      <w:pPr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____________________________________________________________________</w:t>
      </w:r>
    </w:p>
    <w:p w14:paraId="6F4BE770" w14:textId="77777777" w:rsidR="00C56B4C" w:rsidRDefault="0089387E" w:rsidP="0089387E">
      <w:pPr>
        <w:spacing w:after="10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In caso di invio via email, il/la sottoscritto/a dichiara, ai sensi dell’art. 47 del D.P.R. n. 445/2000 e con le avvertenze degli artt. 75 e 76 sopra riportate, che il contrassegno indicato è stato apposto e annullato sull’originale della presente domanda, non è stato utilizzato per altre istanze e sarà conservato con l’originale ed esibito su richiesta del Comune. La scansione deve consentire di leggere l’identificativo del contrassegno.</w:t>
      </w:r>
    </w:p>
    <w:p w14:paraId="491FB367" w14:textId="6CFD78EC" w:rsidR="0089387E" w:rsidRPr="0089387E" w:rsidRDefault="0089387E" w:rsidP="0089387E">
      <w:pPr>
        <w:spacing w:after="100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Allegati:</w:t>
      </w:r>
    </w:p>
    <w:p w14:paraId="24305675" w14:textId="77777777" w:rsidR="00C56B4C" w:rsidRPr="0089387E" w:rsidRDefault="0089387E">
      <w:pPr>
        <w:spacing w:after="60"/>
        <w:ind w:left="272" w:hanging="272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89387E">
        <w:rPr>
          <w:rFonts w:ascii="Calibri" w:hAnsi="Calibri" w:cs="Calibri"/>
          <w:sz w:val="24"/>
          <w:szCs w:val="24"/>
          <w:lang w:val="it-IT"/>
        </w:rPr>
        <w:t xml:space="preserve"> Copia non autenticata di un documento di identità, nei casi indicati nelle istruzioni.</w:t>
      </w:r>
    </w:p>
    <w:p w14:paraId="6D719AB9" w14:textId="77777777" w:rsidR="00C56B4C" w:rsidRPr="0089387E" w:rsidRDefault="0089387E">
      <w:pPr>
        <w:spacing w:after="60"/>
        <w:ind w:left="272" w:hanging="272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89387E">
        <w:rPr>
          <w:rFonts w:ascii="Calibri" w:hAnsi="Calibri" w:cs="Calibri"/>
          <w:sz w:val="24"/>
          <w:szCs w:val="24"/>
          <w:lang w:val="it-IT"/>
        </w:rPr>
        <w:t xml:space="preserve"> Eventuale documentazione relativa all’esenzione dal bollo.</w:t>
      </w:r>
    </w:p>
    <w:p w14:paraId="3A498B57" w14:textId="77777777" w:rsidR="00C56B4C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Il/La sottoscritto/a prende atto dell’informativa sul trattamento dei dati riportata in calce.</w:t>
      </w:r>
    </w:p>
    <w:p w14:paraId="65552809" w14:textId="77777777" w:rsidR="0089387E" w:rsidRPr="0089387E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</w:p>
    <w:p w14:paraId="3273643E" w14:textId="77777777" w:rsidR="00C56B4C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Luogo e data ____________________</w:t>
      </w:r>
      <w:proofErr w:type="gramStart"/>
      <w:r w:rsidRPr="0089387E">
        <w:rPr>
          <w:rFonts w:ascii="Calibri" w:hAnsi="Calibri" w:cs="Calibri"/>
          <w:sz w:val="24"/>
          <w:szCs w:val="24"/>
          <w:lang w:val="it-IT"/>
        </w:rPr>
        <w:t>_  Firma</w:t>
      </w:r>
      <w:proofErr w:type="gramEnd"/>
      <w:r w:rsidRPr="0089387E">
        <w:rPr>
          <w:rFonts w:ascii="Calibri" w:hAnsi="Calibri" w:cs="Calibri"/>
          <w:sz w:val="24"/>
          <w:szCs w:val="24"/>
          <w:lang w:val="it-IT"/>
        </w:rPr>
        <w:t xml:space="preserve"> ______________________________</w:t>
      </w:r>
    </w:p>
    <w:p w14:paraId="6226C6B8" w14:textId="77777777" w:rsidR="0089387E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</w:p>
    <w:p w14:paraId="53521A45" w14:textId="77777777" w:rsidR="0089387E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</w:p>
    <w:p w14:paraId="55B749AC" w14:textId="77777777" w:rsidR="0089387E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</w:p>
    <w:p w14:paraId="46DD6409" w14:textId="0FC6B916" w:rsidR="0089387E" w:rsidRPr="0089387E" w:rsidRDefault="0089387E">
      <w:pPr>
        <w:spacing w:after="120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lastRenderedPageBreak/>
        <w:t>Informativa sulla privacy:</w:t>
      </w:r>
    </w:p>
    <w:p w14:paraId="1377BCA1" w14:textId="77777777" w:rsidR="00C56B4C" w:rsidRPr="0089387E" w:rsidRDefault="0089387E" w:rsidP="0089387E">
      <w:pPr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Ai sensi dell’art. 13 del Regolamento (UE) 2016/679, il titolare è il Comune di Terre d’Adige, Piazza Santi Filippo e Giacomo 5, email segreteria@comune.terredadige.tn.it. Il RPD è il Consorzio dei Comuni Trentini, email servizioRPD@comunitrentini.it. I dati sono trattati, con strumenti cartacei e informatici, per istruire la domanda, verificare i requisiti e gestire l’assegnazione, nell’esercizio di compiti di interesse pubblico e nell’adempimento degli obblighi di legge (art. 6, par. 1, lett. c ed e, del Regolamento). Il conferimento dei dati necessari è obbligatorio per istruire la richiesta. I dati sono accessibili al personale autorizzato e comunicati ad altri soggetti nei soli casi necessari al procedimento o previsti dalla legge; sono conservati secondo gli obblighi documentali e archivistici applicabili. L’interessato può esercitare, nei limiti di legge, i diritti di accesso, rettifica, cancellazione, limitazione e opposizione rivolgendosi al Comune o al RPD, e proporre reclamo al Garante per la protezione dei dati personali. Non è richiesto il consenso al trattamento.</w:t>
      </w:r>
    </w:p>
    <w:p w14:paraId="738C164C" w14:textId="77777777" w:rsidR="00C56B4C" w:rsidRPr="0089387E" w:rsidRDefault="0089387E" w:rsidP="0089387E">
      <w:pPr>
        <w:spacing w:after="0"/>
        <w:jc w:val="both"/>
        <w:rPr>
          <w:rFonts w:ascii="Calibri" w:hAnsi="Calibri" w:cs="Calibri"/>
          <w:sz w:val="24"/>
          <w:szCs w:val="24"/>
          <w:lang w:val="it-IT"/>
        </w:rPr>
      </w:pPr>
      <w:r w:rsidRPr="0089387E">
        <w:rPr>
          <w:rFonts w:ascii="Calibri" w:hAnsi="Calibri" w:cs="Calibri"/>
          <w:sz w:val="24"/>
          <w:szCs w:val="24"/>
          <w:lang w:val="it-IT"/>
        </w:rPr>
        <w:t>Riferimenti sul procedimento: L.R. 31 luglio 1993, n. 13; L. 7 agosto 1990, n. 241, per quanto applicabile. Disciplina degli usi civici: L.P. 14 giugno 2005, n. 6, art. 2; L.R. 19 ottobre 2016, n. 12, art. 4.</w:t>
      </w:r>
    </w:p>
    <w:sectPr w:rsidR="00C56B4C" w:rsidRPr="0089387E" w:rsidSect="00034616">
      <w:footerReference w:type="default" r:id="rId8"/>
      <w:pgSz w:w="12240" w:h="15840"/>
      <w:pgMar w:top="907" w:right="1077" w:bottom="907" w:left="1077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B5AA3" w14:textId="77777777" w:rsidR="006C71B3" w:rsidRDefault="006C71B3">
      <w:pPr>
        <w:spacing w:after="0" w:line="240" w:lineRule="auto"/>
      </w:pPr>
      <w:r>
        <w:separator/>
      </w:r>
    </w:p>
  </w:endnote>
  <w:endnote w:type="continuationSeparator" w:id="0">
    <w:p w14:paraId="7827AA3F" w14:textId="77777777" w:rsidR="006C71B3" w:rsidRDefault="006C7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8E827" w14:textId="77777777" w:rsidR="00C56B4C" w:rsidRDefault="0089387E">
    <w:pPr>
      <w:pStyle w:val="Pidipagina"/>
      <w:jc w:val="right"/>
    </w:pPr>
    <w:proofErr w:type="spellStart"/>
    <w:r>
      <w:rPr>
        <w:sz w:val="16"/>
      </w:rPr>
      <w:t>Domanda</w:t>
    </w:r>
    <w:proofErr w:type="spellEnd"/>
    <w:r>
      <w:rPr>
        <w:sz w:val="16"/>
      </w:rPr>
      <w:t xml:space="preserve"> di </w:t>
    </w:r>
    <w:proofErr w:type="spellStart"/>
    <w:r>
      <w:rPr>
        <w:sz w:val="16"/>
      </w:rPr>
      <w:t>assegnazione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legna</w:t>
    </w:r>
    <w:proofErr w:type="spellEnd"/>
    <w:r>
      <w:rPr>
        <w:sz w:val="16"/>
      </w:rPr>
      <w:t xml:space="preserve"> 2026 • </w:t>
    </w:r>
    <w:proofErr w:type="spellStart"/>
    <w:r>
      <w:rPr>
        <w:sz w:val="16"/>
      </w:rPr>
      <w:t>Pagina</w:t>
    </w:r>
    <w:proofErr w:type="spellEnd"/>
    <w:r>
      <w:rPr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306F" w14:textId="77777777" w:rsidR="006C71B3" w:rsidRDefault="006C71B3">
      <w:pPr>
        <w:spacing w:after="0" w:line="240" w:lineRule="auto"/>
      </w:pPr>
      <w:r>
        <w:separator/>
      </w:r>
    </w:p>
  </w:footnote>
  <w:footnote w:type="continuationSeparator" w:id="0">
    <w:p w14:paraId="0CCD61BA" w14:textId="77777777" w:rsidR="006C71B3" w:rsidRDefault="006C7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9895239">
    <w:abstractNumId w:val="8"/>
  </w:num>
  <w:num w:numId="2" w16cid:durableId="759520261">
    <w:abstractNumId w:val="6"/>
  </w:num>
  <w:num w:numId="3" w16cid:durableId="784422318">
    <w:abstractNumId w:val="5"/>
  </w:num>
  <w:num w:numId="4" w16cid:durableId="418253022">
    <w:abstractNumId w:val="4"/>
  </w:num>
  <w:num w:numId="5" w16cid:durableId="20935363">
    <w:abstractNumId w:val="7"/>
  </w:num>
  <w:num w:numId="6" w16cid:durableId="1787845862">
    <w:abstractNumId w:val="3"/>
  </w:num>
  <w:num w:numId="7" w16cid:durableId="1998337149">
    <w:abstractNumId w:val="2"/>
  </w:num>
  <w:num w:numId="8" w16cid:durableId="243615790">
    <w:abstractNumId w:val="1"/>
  </w:num>
  <w:num w:numId="9" w16cid:durableId="52012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0BBD"/>
    <w:rsid w:val="006552FA"/>
    <w:rsid w:val="006C71B3"/>
    <w:rsid w:val="00724607"/>
    <w:rsid w:val="0089387E"/>
    <w:rsid w:val="00AA1D8D"/>
    <w:rsid w:val="00B47730"/>
    <w:rsid w:val="00C56B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71161"/>
  <w14:defaultImageDpi w14:val="300"/>
  <w15:docId w15:val="{B6996362-8483-4294-8DF4-4A076D64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0" w:lineRule="auto"/>
    </w:pPr>
    <w:rPr>
      <w:rFonts w:ascii="Arial" w:hAnsi="Arial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assegnazione di legna in piedi da ardere</dc:title>
  <dc:subject>Cros dei Francesi Val Manara 2026</dc:subject>
  <dc:creator>Comune di Terre d’Adige</dc:creator>
  <cp:keywords>legnatico, usi civici, domanda, bollo</cp:keywords>
  <dc:description>generated by python-docx</dc:description>
  <cp:lastModifiedBy>Irene Loner - CTA</cp:lastModifiedBy>
  <cp:revision>3</cp:revision>
  <dcterms:created xsi:type="dcterms:W3CDTF">2026-10-08T14:24:00Z</dcterms:created>
  <dcterms:modified xsi:type="dcterms:W3CDTF">2026-10-08T15:14:00Z</dcterms:modified>
  <cp:category/>
</cp:coreProperties>
</file>