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0C9F6" w14:textId="77777777" w:rsidR="0063660D" w:rsidRDefault="0063660D">
      <w:pPr>
        <w:spacing w:after="0"/>
      </w:pPr>
    </w:p>
    <w:p w14:paraId="4DB0D0BC" w14:textId="77777777" w:rsidR="0063660D" w:rsidRPr="00A43246" w:rsidRDefault="004D144F">
      <w:pPr>
        <w:spacing w:after="40"/>
        <w:jc w:val="center"/>
        <w:rPr>
          <w:lang w:val="it-IT"/>
        </w:rPr>
      </w:pPr>
      <w:r w:rsidRPr="00A43246">
        <w:rPr>
          <w:b/>
          <w:sz w:val="22"/>
          <w:lang w:val="it-IT"/>
        </w:rPr>
        <w:t>ALLEGATO A</w:t>
      </w:r>
    </w:p>
    <w:p w14:paraId="1344AB7E" w14:textId="77777777" w:rsidR="0063660D" w:rsidRPr="00A43246" w:rsidRDefault="004D144F">
      <w:pPr>
        <w:jc w:val="center"/>
        <w:rPr>
          <w:lang w:val="it-IT"/>
        </w:rPr>
      </w:pPr>
      <w:r w:rsidRPr="00A43246">
        <w:rPr>
          <w:b/>
          <w:sz w:val="28"/>
          <w:lang w:val="it-IT"/>
        </w:rPr>
        <w:t>DOMANDA DI PARTECIPAZIONE E DICHIARAZIONI AMMINISTRATIVE</w:t>
      </w:r>
    </w:p>
    <w:p w14:paraId="4C73C987" w14:textId="77777777" w:rsidR="0063660D" w:rsidRPr="00A43246" w:rsidRDefault="004D144F">
      <w:pPr>
        <w:jc w:val="center"/>
        <w:rPr>
          <w:lang w:val="it-IT"/>
        </w:rPr>
      </w:pPr>
      <w:r w:rsidRPr="00A43246">
        <w:rPr>
          <w:b/>
          <w:sz w:val="18"/>
          <w:lang w:val="it-IT"/>
        </w:rPr>
        <w:t xml:space="preserve">Procedura per l'affidamento in concessione in uso onerosa dell'immobile comunale destinato al servizio di nido familiare - Tagesmutter, </w:t>
      </w:r>
      <w:proofErr w:type="spellStart"/>
      <w:r w:rsidRPr="00A43246">
        <w:rPr>
          <w:b/>
          <w:sz w:val="18"/>
          <w:lang w:val="it-IT"/>
        </w:rPr>
        <w:t>p.ed</w:t>
      </w:r>
      <w:proofErr w:type="spellEnd"/>
      <w:r w:rsidRPr="00A43246">
        <w:rPr>
          <w:b/>
          <w:sz w:val="18"/>
          <w:lang w:val="it-IT"/>
        </w:rPr>
        <w:t>. 348 p.m. 2 sub. 3 C.C. Zambana I - Via Don Mario Pichler n. 2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0200"/>
      </w:tblGrid>
      <w:tr w:rsidR="0063660D" w:rsidRPr="00A43246" w14:paraId="5A9DCC12" w14:textId="77777777">
        <w:trPr>
          <w:cantSplit/>
          <w:jc w:val="right"/>
        </w:trPr>
        <w:tc>
          <w:tcPr>
            <w:tcW w:w="102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980CAC6" w14:textId="77777777" w:rsidR="00A43246" w:rsidRDefault="004D144F" w:rsidP="00A43246">
            <w:pPr>
              <w:ind w:left="6326"/>
              <w:rPr>
                <w:b/>
                <w:sz w:val="19"/>
                <w:lang w:val="it-IT"/>
              </w:rPr>
            </w:pPr>
            <w:r w:rsidRPr="00A43246">
              <w:rPr>
                <w:b/>
                <w:sz w:val="19"/>
                <w:lang w:val="it-IT"/>
              </w:rPr>
              <w:t>Al Comune di Terre d'Adige</w:t>
            </w:r>
          </w:p>
          <w:p w14:paraId="2EC681F4" w14:textId="77777777" w:rsidR="00A43246" w:rsidRDefault="004D144F" w:rsidP="00A43246">
            <w:pPr>
              <w:ind w:left="6326"/>
              <w:rPr>
                <w:b/>
                <w:sz w:val="19"/>
                <w:lang w:val="it-IT"/>
              </w:rPr>
            </w:pPr>
            <w:r w:rsidRPr="00A43246">
              <w:rPr>
                <w:b/>
                <w:sz w:val="19"/>
                <w:lang w:val="it-IT"/>
              </w:rPr>
              <w:t>Ufficio Protocollo</w:t>
            </w:r>
          </w:p>
          <w:p w14:paraId="3A8E8E20" w14:textId="77777777" w:rsidR="00A43246" w:rsidRDefault="004D144F" w:rsidP="00A43246">
            <w:pPr>
              <w:ind w:left="6326"/>
              <w:rPr>
                <w:b/>
                <w:sz w:val="19"/>
                <w:lang w:val="it-IT"/>
              </w:rPr>
            </w:pPr>
            <w:r w:rsidRPr="00A43246">
              <w:rPr>
                <w:b/>
                <w:sz w:val="19"/>
                <w:lang w:val="it-IT"/>
              </w:rPr>
              <w:t>Piazza Santi Filippo e Giacomo n. 5</w:t>
            </w:r>
          </w:p>
          <w:p w14:paraId="11072832" w14:textId="5529AAE9" w:rsidR="0063660D" w:rsidRPr="00A43246" w:rsidRDefault="004D144F" w:rsidP="00A43246">
            <w:pPr>
              <w:ind w:left="6326"/>
              <w:rPr>
                <w:lang w:val="it-IT"/>
              </w:rPr>
            </w:pPr>
            <w:r w:rsidRPr="00A43246">
              <w:rPr>
                <w:b/>
                <w:sz w:val="19"/>
                <w:lang w:val="it-IT"/>
              </w:rPr>
              <w:t>38097 Terre d'Adige (TN)</w:t>
            </w:r>
          </w:p>
        </w:tc>
      </w:tr>
    </w:tbl>
    <w:p w14:paraId="72AABA6F" w14:textId="77777777" w:rsidR="0063660D" w:rsidRDefault="004D144F">
      <w:pPr>
        <w:pStyle w:val="SectionHead"/>
      </w:pPr>
      <w:r>
        <w:rPr>
          <w:b w:val="0"/>
        </w:rPr>
        <w:t xml:space="preserve">Il/La </w:t>
      </w:r>
      <w:proofErr w:type="spellStart"/>
      <w:r>
        <w:rPr>
          <w:b w:val="0"/>
        </w:rPr>
        <w:t>sottoscritto</w:t>
      </w:r>
      <w:proofErr w:type="spellEnd"/>
      <w:r>
        <w:rPr>
          <w:b w:val="0"/>
        </w:rPr>
        <w:t>/a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087"/>
      </w:tblGrid>
      <w:tr w:rsidR="0063660D" w14:paraId="55DBAE3B" w14:textId="77777777">
        <w:trPr>
          <w:cantSplit/>
          <w:jc w:val="center"/>
        </w:trPr>
        <w:tc>
          <w:tcPr>
            <w:tcW w:w="2551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BF23BF" w14:textId="77777777" w:rsidR="0063660D" w:rsidRDefault="004D144F">
            <w:r>
              <w:rPr>
                <w:b/>
                <w:sz w:val="19"/>
              </w:rPr>
              <w:t>Cognome e nome</w:t>
            </w:r>
          </w:p>
        </w:tc>
        <w:tc>
          <w:tcPr>
            <w:tcW w:w="708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CB0DC3" w14:textId="77777777" w:rsidR="0063660D" w:rsidRDefault="004D144F">
            <w:r>
              <w:rPr>
                <w:sz w:val="19"/>
              </w:rPr>
              <w:t>____________________________________________________________</w:t>
            </w:r>
          </w:p>
        </w:tc>
      </w:tr>
      <w:tr w:rsidR="0063660D" w14:paraId="32DB0650" w14:textId="77777777">
        <w:trPr>
          <w:cantSplit/>
          <w:jc w:val="center"/>
        </w:trPr>
        <w:tc>
          <w:tcPr>
            <w:tcW w:w="2551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B7F6B5" w14:textId="77777777" w:rsidR="0063660D" w:rsidRPr="00A43246" w:rsidRDefault="004D144F">
            <w:pPr>
              <w:rPr>
                <w:lang w:val="it-IT"/>
              </w:rPr>
            </w:pPr>
            <w:r w:rsidRPr="00A43246">
              <w:rPr>
                <w:b/>
                <w:sz w:val="19"/>
                <w:lang w:val="it-IT"/>
              </w:rPr>
              <w:t>Luogo e data di nascita</w:t>
            </w:r>
          </w:p>
        </w:tc>
        <w:tc>
          <w:tcPr>
            <w:tcW w:w="708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805F77" w14:textId="77777777" w:rsidR="0063660D" w:rsidRDefault="004D144F">
            <w:r>
              <w:rPr>
                <w:sz w:val="19"/>
              </w:rPr>
              <w:t>____________________________________________________________</w:t>
            </w:r>
          </w:p>
        </w:tc>
      </w:tr>
      <w:tr w:rsidR="0063660D" w14:paraId="2A524F8A" w14:textId="77777777">
        <w:trPr>
          <w:cantSplit/>
          <w:jc w:val="center"/>
        </w:trPr>
        <w:tc>
          <w:tcPr>
            <w:tcW w:w="2551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8DF9BD" w14:textId="77777777" w:rsidR="0063660D" w:rsidRDefault="004D144F">
            <w:r>
              <w:rPr>
                <w:b/>
                <w:sz w:val="19"/>
              </w:rPr>
              <w:t>Codice fiscale</w:t>
            </w:r>
          </w:p>
        </w:tc>
        <w:tc>
          <w:tcPr>
            <w:tcW w:w="708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CB296DC" w14:textId="77777777" w:rsidR="0063660D" w:rsidRDefault="004D144F">
            <w:r>
              <w:rPr>
                <w:sz w:val="19"/>
              </w:rPr>
              <w:t>____________________________________________________________</w:t>
            </w:r>
          </w:p>
        </w:tc>
      </w:tr>
      <w:tr w:rsidR="0063660D" w14:paraId="4FED31CD" w14:textId="77777777">
        <w:trPr>
          <w:cantSplit/>
          <w:jc w:val="center"/>
        </w:trPr>
        <w:tc>
          <w:tcPr>
            <w:tcW w:w="2551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C21DE7" w14:textId="77777777" w:rsidR="0063660D" w:rsidRDefault="004D144F">
            <w:r>
              <w:rPr>
                <w:b/>
                <w:sz w:val="19"/>
              </w:rPr>
              <w:t>In qualità di</w:t>
            </w:r>
          </w:p>
        </w:tc>
        <w:tc>
          <w:tcPr>
            <w:tcW w:w="708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C01E64E" w14:textId="77777777" w:rsidR="0063660D" w:rsidRDefault="004D144F">
            <w:r>
              <w:rPr>
                <w:sz w:val="19"/>
              </w:rPr>
              <w:t>[ ] legale rappresentante   [ ] procuratore   [ ] altro: ______________________</w:t>
            </w:r>
          </w:p>
        </w:tc>
      </w:tr>
    </w:tbl>
    <w:p w14:paraId="599C5BCA" w14:textId="77777777" w:rsidR="0063660D" w:rsidRDefault="004D144F">
      <w:pPr>
        <w:pStyle w:val="SectionHead"/>
      </w:pPr>
      <w:r>
        <w:rPr>
          <w:b w:val="0"/>
        </w:rPr>
        <w:t>del seguente soggetto concorrente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690"/>
      </w:tblGrid>
      <w:tr w:rsidR="0063660D" w14:paraId="749EDEA1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E7A37D0" w14:textId="77777777" w:rsidR="0063660D" w:rsidRDefault="004D144F">
            <w:r>
              <w:rPr>
                <w:b/>
                <w:sz w:val="18"/>
              </w:rPr>
              <w:t>Denominazione / ragione sociale</w:t>
            </w:r>
          </w:p>
        </w:tc>
        <w:tc>
          <w:tcPr>
            <w:tcW w:w="669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1BC01D4" w14:textId="77777777" w:rsidR="0063660D" w:rsidRDefault="004D144F">
            <w:r>
              <w:rPr>
                <w:sz w:val="18"/>
              </w:rPr>
              <w:t>____________________________________________________________</w:t>
            </w:r>
          </w:p>
        </w:tc>
      </w:tr>
      <w:tr w:rsidR="0063660D" w14:paraId="254A0FCD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DCFC4AC" w14:textId="77777777" w:rsidR="0063660D" w:rsidRDefault="004D144F">
            <w:r>
              <w:rPr>
                <w:b/>
                <w:sz w:val="18"/>
              </w:rPr>
              <w:t>Forma giuridica</w:t>
            </w:r>
          </w:p>
        </w:tc>
        <w:tc>
          <w:tcPr>
            <w:tcW w:w="669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B8A976" w14:textId="77777777" w:rsidR="0063660D" w:rsidRDefault="004D144F">
            <w:r>
              <w:rPr>
                <w:sz w:val="18"/>
              </w:rPr>
              <w:t>____________________________________________________________</w:t>
            </w:r>
          </w:p>
        </w:tc>
      </w:tr>
      <w:tr w:rsidR="0063660D" w:rsidRPr="00A43246" w14:paraId="73B2A82C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4CEFBC" w14:textId="77777777" w:rsidR="0063660D" w:rsidRDefault="004D144F">
            <w:r>
              <w:rPr>
                <w:b/>
                <w:sz w:val="18"/>
              </w:rPr>
              <w:t>Sede legale</w:t>
            </w:r>
          </w:p>
        </w:tc>
        <w:tc>
          <w:tcPr>
            <w:tcW w:w="669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95C4FC" w14:textId="77777777" w:rsidR="0063660D" w:rsidRPr="00A43246" w:rsidRDefault="004D144F">
            <w:pPr>
              <w:rPr>
                <w:lang w:val="it-IT"/>
              </w:rPr>
            </w:pPr>
            <w:r w:rsidRPr="00A43246">
              <w:rPr>
                <w:sz w:val="18"/>
                <w:lang w:val="it-IT"/>
              </w:rPr>
              <w:t>Comune __________________________ CAP ______ Prov. ____</w:t>
            </w:r>
            <w:r w:rsidRPr="00A43246">
              <w:rPr>
                <w:sz w:val="18"/>
                <w:lang w:val="it-IT"/>
              </w:rPr>
              <w:br/>
            </w:r>
            <w:r w:rsidRPr="00A43246">
              <w:rPr>
                <w:sz w:val="18"/>
                <w:lang w:val="it-IT"/>
              </w:rPr>
              <w:t>Via/Piazza ______________________________________________ n. ____</w:t>
            </w:r>
          </w:p>
        </w:tc>
      </w:tr>
      <w:tr w:rsidR="0063660D" w14:paraId="6EE55B02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7EA9BC5" w14:textId="77777777" w:rsidR="0063660D" w:rsidRDefault="004D144F">
            <w:proofErr w:type="spellStart"/>
            <w:r>
              <w:rPr>
                <w:b/>
                <w:sz w:val="18"/>
              </w:rPr>
              <w:t>Codice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fiscale</w:t>
            </w:r>
            <w:proofErr w:type="spellEnd"/>
          </w:p>
        </w:tc>
        <w:tc>
          <w:tcPr>
            <w:tcW w:w="669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668ABD" w14:textId="77777777" w:rsidR="0063660D" w:rsidRDefault="004D144F">
            <w:r>
              <w:rPr>
                <w:sz w:val="18"/>
              </w:rPr>
              <w:t>______________________________</w:t>
            </w:r>
          </w:p>
        </w:tc>
      </w:tr>
      <w:tr w:rsidR="0063660D" w14:paraId="5CD3C9B0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FE160B9" w14:textId="77777777" w:rsidR="0063660D" w:rsidRDefault="004D144F">
            <w:r>
              <w:rPr>
                <w:b/>
                <w:sz w:val="18"/>
              </w:rPr>
              <w:t>Partita IVA</w:t>
            </w:r>
          </w:p>
        </w:tc>
        <w:tc>
          <w:tcPr>
            <w:tcW w:w="669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44882EF" w14:textId="77777777" w:rsidR="0063660D" w:rsidRDefault="004D144F">
            <w:r>
              <w:rPr>
                <w:sz w:val="18"/>
              </w:rPr>
              <w:t>______________________________</w:t>
            </w:r>
          </w:p>
        </w:tc>
      </w:tr>
      <w:tr w:rsidR="0063660D" w14:paraId="7DC2B9EC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ED4DFD" w14:textId="77777777" w:rsidR="0063660D" w:rsidRDefault="004D144F">
            <w:r>
              <w:rPr>
                <w:b/>
                <w:sz w:val="18"/>
              </w:rPr>
              <w:t>Telefono</w:t>
            </w:r>
          </w:p>
        </w:tc>
        <w:tc>
          <w:tcPr>
            <w:tcW w:w="669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D5AFB7" w14:textId="77777777" w:rsidR="0063660D" w:rsidRDefault="004D144F">
            <w:r>
              <w:rPr>
                <w:sz w:val="18"/>
              </w:rPr>
              <w:t>______________________________</w:t>
            </w:r>
          </w:p>
        </w:tc>
      </w:tr>
      <w:tr w:rsidR="0063660D" w14:paraId="18E4BD8B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6386A7" w14:textId="77777777" w:rsidR="0063660D" w:rsidRDefault="004D144F">
            <w:r>
              <w:rPr>
                <w:b/>
                <w:sz w:val="18"/>
              </w:rPr>
              <w:t>E-mail</w:t>
            </w:r>
          </w:p>
        </w:tc>
        <w:tc>
          <w:tcPr>
            <w:tcW w:w="669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317F13" w14:textId="77777777" w:rsidR="0063660D" w:rsidRDefault="004D144F">
            <w:r>
              <w:rPr>
                <w:sz w:val="18"/>
              </w:rPr>
              <w:t>____________________________________________________________</w:t>
            </w:r>
          </w:p>
        </w:tc>
      </w:tr>
      <w:tr w:rsidR="0063660D" w14:paraId="03F2A6D2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483578" w14:textId="77777777" w:rsidR="0063660D" w:rsidRDefault="004D144F">
            <w:r>
              <w:rPr>
                <w:b/>
                <w:sz w:val="18"/>
              </w:rPr>
              <w:t>PEC</w:t>
            </w:r>
          </w:p>
        </w:tc>
        <w:tc>
          <w:tcPr>
            <w:tcW w:w="669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F380A5E" w14:textId="77777777" w:rsidR="0063660D" w:rsidRDefault="004D144F">
            <w:r>
              <w:rPr>
                <w:sz w:val="18"/>
              </w:rPr>
              <w:t>____________________________________________________________</w:t>
            </w:r>
          </w:p>
        </w:tc>
      </w:tr>
      <w:tr w:rsidR="0063660D" w14:paraId="305DD5E9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EF684A2" w14:textId="77777777" w:rsidR="0063660D" w:rsidRPr="00A43246" w:rsidRDefault="004D144F">
            <w:pPr>
              <w:rPr>
                <w:lang w:val="it-IT"/>
              </w:rPr>
            </w:pPr>
            <w:r w:rsidRPr="00A43246">
              <w:rPr>
                <w:b/>
                <w:sz w:val="18"/>
                <w:lang w:val="it-IT"/>
              </w:rPr>
              <w:t>Albo provinciale ex art. 8 L.P. 4/2002</w:t>
            </w:r>
          </w:p>
        </w:tc>
        <w:tc>
          <w:tcPr>
            <w:tcW w:w="669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24AF320" w14:textId="77777777" w:rsidR="0063660D" w:rsidRDefault="004D144F">
            <w:r>
              <w:rPr>
                <w:sz w:val="18"/>
              </w:rPr>
              <w:t>n. ____________</w:t>
            </w:r>
            <w:proofErr w:type="gramStart"/>
            <w:r>
              <w:rPr>
                <w:sz w:val="18"/>
              </w:rPr>
              <w:t>_  data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iscrizione</w:t>
            </w:r>
            <w:proofErr w:type="spellEnd"/>
            <w:r>
              <w:rPr>
                <w:sz w:val="18"/>
              </w:rPr>
              <w:t xml:space="preserve"> __________________</w:t>
            </w:r>
          </w:p>
        </w:tc>
      </w:tr>
    </w:tbl>
    <w:p w14:paraId="1AE429D5" w14:textId="77777777" w:rsidR="0063660D" w:rsidRDefault="004D144F">
      <w:pPr>
        <w:jc w:val="center"/>
      </w:pPr>
      <w:r>
        <w:rPr>
          <w:b/>
          <w:sz w:val="24"/>
        </w:rPr>
        <w:t>CHIEDE</w:t>
      </w:r>
    </w:p>
    <w:p w14:paraId="3E259038" w14:textId="77777777" w:rsidR="0063660D" w:rsidRPr="00A43246" w:rsidRDefault="004D144F">
      <w:pPr>
        <w:spacing w:after="100"/>
        <w:jc w:val="both"/>
        <w:rPr>
          <w:lang w:val="it-IT"/>
        </w:rPr>
      </w:pPr>
      <w:r w:rsidRPr="00A43246">
        <w:rPr>
          <w:lang w:val="it-IT"/>
        </w:rPr>
        <w:t>di essere ammesso/a alla procedura comparativa per l'affidamento in concessione in uso onerosa dell'immobile comunale sopra indicato.</w:t>
      </w:r>
    </w:p>
    <w:p w14:paraId="421A84E4" w14:textId="77777777" w:rsidR="0063660D" w:rsidRPr="00A43246" w:rsidRDefault="004D144F">
      <w:pPr>
        <w:spacing w:after="60"/>
        <w:jc w:val="center"/>
        <w:rPr>
          <w:lang w:val="it-IT"/>
        </w:rPr>
      </w:pPr>
      <w:r w:rsidRPr="00A43246">
        <w:rPr>
          <w:b/>
          <w:sz w:val="24"/>
          <w:lang w:val="it-IT"/>
        </w:rPr>
        <w:t>A TAL FINE DICHIARA</w:t>
      </w:r>
    </w:p>
    <w:p w14:paraId="0E6902C9" w14:textId="77777777" w:rsidR="0063660D" w:rsidRPr="00A43246" w:rsidRDefault="004D144F">
      <w:pPr>
        <w:spacing w:after="100"/>
        <w:jc w:val="both"/>
        <w:rPr>
          <w:lang w:val="it-IT"/>
        </w:rPr>
      </w:pPr>
      <w:r w:rsidRPr="00A43246">
        <w:rPr>
          <w:sz w:val="19"/>
          <w:lang w:val="it-IT"/>
        </w:rPr>
        <w:t>ai sensi degli artt. 46 e 47 del D.P.R. 28 dicembre 2000, n. 445, consapevole delle responsabilità e delle sanzioni penali previste dall'art. 76 del medesimo D.P.R. in caso di dichiarazioni mendaci e formazione o uso di atti falsi:</w:t>
      </w:r>
    </w:p>
    <w:p w14:paraId="6D9C9855" w14:textId="77777777" w:rsidR="0063660D" w:rsidRPr="00A43246" w:rsidRDefault="004D144F">
      <w:pPr>
        <w:spacing w:after="60"/>
        <w:ind w:left="255" w:hanging="255"/>
        <w:rPr>
          <w:lang w:val="it-IT"/>
        </w:rPr>
      </w:pPr>
      <w:r w:rsidRPr="00A43246">
        <w:rPr>
          <w:b/>
          <w:lang w:val="it-IT"/>
        </w:rPr>
        <w:t xml:space="preserve">1. </w:t>
      </w:r>
      <w:r w:rsidRPr="00A43246">
        <w:rPr>
          <w:lang w:val="it-IT"/>
        </w:rPr>
        <w:t>che il soggetto concorrente rientra tra gli organismi della cooperazione sociale o di utilità sociale non lucrativi di cui all'art. 7, comma 1, lettera b), della L.P. 12 marzo 2002, n. 4;</w:t>
      </w:r>
    </w:p>
    <w:p w14:paraId="2B8CE160" w14:textId="77777777" w:rsidR="0063660D" w:rsidRPr="00A43246" w:rsidRDefault="004D144F" w:rsidP="004D144F">
      <w:pPr>
        <w:spacing w:after="60"/>
        <w:ind w:left="255" w:hanging="255"/>
        <w:jc w:val="both"/>
        <w:rPr>
          <w:lang w:val="it-IT"/>
        </w:rPr>
      </w:pPr>
      <w:r w:rsidRPr="00A43246">
        <w:rPr>
          <w:b/>
          <w:lang w:val="it-IT"/>
        </w:rPr>
        <w:lastRenderedPageBreak/>
        <w:t xml:space="preserve">2. </w:t>
      </w:r>
      <w:r w:rsidRPr="00A43246">
        <w:rPr>
          <w:lang w:val="it-IT"/>
        </w:rPr>
        <w:t>che il soggetto concorrente è regolarmente iscritto all'Albo provinciale previsto dall'art. 8 della L.P. 12 marzo 2002, n. 4, secondo gli estremi sopra indicati, ed è in regola con gli adempimenti richiesti per l'esercizio del nido familiare - servizio Tagesmutter nella Provincia autonoma di Trento;</w:t>
      </w:r>
    </w:p>
    <w:p w14:paraId="56AEFA50" w14:textId="77777777" w:rsidR="0063660D" w:rsidRPr="00A43246" w:rsidRDefault="004D144F" w:rsidP="004D144F">
      <w:pPr>
        <w:spacing w:after="60"/>
        <w:ind w:left="255" w:hanging="255"/>
        <w:jc w:val="both"/>
        <w:rPr>
          <w:lang w:val="it-IT"/>
        </w:rPr>
      </w:pPr>
      <w:r w:rsidRPr="00A43246">
        <w:rPr>
          <w:b/>
          <w:lang w:val="it-IT"/>
        </w:rPr>
        <w:t xml:space="preserve">3. </w:t>
      </w:r>
      <w:r w:rsidRPr="00A43246">
        <w:rPr>
          <w:lang w:val="it-IT"/>
        </w:rPr>
        <w:t>di possedere e di impegnarsi a mantenere, per tutta la durata della concessione, i requisiti soggettivi, professionali, organizzativi e strutturali richiesti dalla normativa provinciale e dalle relative disposizioni attuative;</w:t>
      </w:r>
    </w:p>
    <w:p w14:paraId="11C5B21F" w14:textId="77777777" w:rsidR="0063660D" w:rsidRPr="00A43246" w:rsidRDefault="004D144F" w:rsidP="004D144F">
      <w:pPr>
        <w:spacing w:after="60"/>
        <w:ind w:left="255" w:hanging="255"/>
        <w:jc w:val="both"/>
        <w:rPr>
          <w:lang w:val="it-IT"/>
        </w:rPr>
      </w:pPr>
      <w:r w:rsidRPr="00A43246">
        <w:rPr>
          <w:b/>
          <w:lang w:val="it-IT"/>
        </w:rPr>
        <w:t xml:space="preserve">4. </w:t>
      </w:r>
      <w:r w:rsidRPr="00A43246">
        <w:rPr>
          <w:lang w:val="it-IT"/>
        </w:rPr>
        <w:t>di disporre di personale educativo/Tagesmutter in possesso delle qualificazioni professionali e degli ulteriori requisiti prescritti dalla disciplina vigente;</w:t>
      </w:r>
    </w:p>
    <w:p w14:paraId="684F07AE" w14:textId="77777777" w:rsidR="0063660D" w:rsidRPr="00A43246" w:rsidRDefault="004D144F" w:rsidP="004D144F">
      <w:pPr>
        <w:spacing w:after="60"/>
        <w:ind w:left="255" w:hanging="255"/>
        <w:jc w:val="both"/>
        <w:rPr>
          <w:lang w:val="it-IT"/>
        </w:rPr>
      </w:pPr>
      <w:r w:rsidRPr="00A43246">
        <w:rPr>
          <w:b/>
          <w:lang w:val="it-IT"/>
        </w:rPr>
        <w:t xml:space="preserve">5. </w:t>
      </w:r>
      <w:r w:rsidRPr="00A43246">
        <w:rPr>
          <w:lang w:val="it-IT"/>
        </w:rPr>
        <w:t>che non sussistono condizioni ostative a contrarre con la pubblica amministrazione e che il soggetto concorrente è in regola con gli obblighi fiscali, contributivi e previdenziali, ove applicabili;</w:t>
      </w:r>
    </w:p>
    <w:p w14:paraId="3AE695CC" w14:textId="77777777" w:rsidR="0063660D" w:rsidRPr="00A43246" w:rsidRDefault="004D144F" w:rsidP="004D144F">
      <w:pPr>
        <w:spacing w:after="60"/>
        <w:ind w:left="255" w:hanging="255"/>
        <w:jc w:val="both"/>
        <w:rPr>
          <w:lang w:val="it-IT"/>
        </w:rPr>
      </w:pPr>
      <w:r w:rsidRPr="00A43246">
        <w:rPr>
          <w:b/>
          <w:lang w:val="it-IT"/>
        </w:rPr>
        <w:t xml:space="preserve">6. </w:t>
      </w:r>
      <w:r w:rsidRPr="00A43246">
        <w:rPr>
          <w:lang w:val="it-IT"/>
        </w:rPr>
        <w:t>che il soggetto concorrente non ha pendenze debitorie liquide ed esigibili nei confronti del Comune di Terre d'Adige, salvo l'eventuale piano di rientro formalmente approvato dall'Ente di seguito indicato: ____________________________________________________________;</w:t>
      </w:r>
    </w:p>
    <w:p w14:paraId="3B0D890E" w14:textId="77777777" w:rsidR="0063660D" w:rsidRPr="00A43246" w:rsidRDefault="004D144F" w:rsidP="004D144F">
      <w:pPr>
        <w:spacing w:after="60"/>
        <w:ind w:left="255" w:hanging="255"/>
        <w:jc w:val="both"/>
        <w:rPr>
          <w:lang w:val="it-IT"/>
        </w:rPr>
      </w:pPr>
      <w:r w:rsidRPr="00A43246">
        <w:rPr>
          <w:b/>
          <w:lang w:val="it-IT"/>
        </w:rPr>
        <w:t xml:space="preserve">7. </w:t>
      </w:r>
      <w:r w:rsidRPr="00A43246">
        <w:rPr>
          <w:lang w:val="it-IT"/>
        </w:rPr>
        <w:t>di impegnarsi, prima dell'avvio dell'attività nell'immobile, a effettuare ogni comunicazione, adempimento, verifica, autorizzazione o aggiornamento richiesto dalla normativa provinciale in relazione allo specifico punto-servizio e alla struttura utilizzata;</w:t>
      </w:r>
    </w:p>
    <w:p w14:paraId="114F9EAD" w14:textId="7B182E41" w:rsidR="0063660D" w:rsidRPr="00A43246" w:rsidRDefault="004D144F" w:rsidP="004D144F">
      <w:pPr>
        <w:spacing w:after="60"/>
        <w:ind w:left="255" w:hanging="255"/>
        <w:jc w:val="both"/>
        <w:rPr>
          <w:lang w:val="it-IT"/>
        </w:rPr>
      </w:pPr>
      <w:r w:rsidRPr="00A43246">
        <w:rPr>
          <w:b/>
          <w:lang w:val="it-IT"/>
        </w:rPr>
        <w:t xml:space="preserve">8. </w:t>
      </w:r>
      <w:r w:rsidRPr="00A43246">
        <w:rPr>
          <w:lang w:val="it-IT"/>
        </w:rPr>
        <w:t xml:space="preserve">di impegnarsi a utilizzare l'immobile </w:t>
      </w:r>
      <w:r w:rsidRPr="00A43246">
        <w:rPr>
          <w:lang w:val="it-IT"/>
        </w:rPr>
        <w:t>quale sede di nido familiare - servizio Tagesmutter e per attività strettamente accessorie e funzionali allo stesso, nel rispetto della destinazione e delle condizioni previste dall'avviso e dallo schema di contratto;</w:t>
      </w:r>
    </w:p>
    <w:p w14:paraId="36871C5A" w14:textId="77777777" w:rsidR="0063660D" w:rsidRPr="00A43246" w:rsidRDefault="004D144F" w:rsidP="004D144F">
      <w:pPr>
        <w:spacing w:after="60"/>
        <w:ind w:left="255" w:hanging="255"/>
        <w:jc w:val="both"/>
        <w:rPr>
          <w:lang w:val="it-IT"/>
        </w:rPr>
      </w:pPr>
      <w:r w:rsidRPr="00A43246">
        <w:rPr>
          <w:b/>
          <w:lang w:val="it-IT"/>
        </w:rPr>
        <w:t xml:space="preserve">9. </w:t>
      </w:r>
      <w:r w:rsidRPr="00A43246">
        <w:rPr>
          <w:lang w:val="it-IT"/>
        </w:rPr>
        <w:t>di impegnarsi a riservare per tutta la durata del rapporto almeno n. 2 posti del punto-servizio a bambini residenti nel Comune di Terre d'Adige, alle condizioni previste dall'avviso, e a comunicare al Comune il tariffario ordinario e le successive variazioni;</w:t>
      </w:r>
    </w:p>
    <w:p w14:paraId="785789CD" w14:textId="77777777" w:rsidR="0063660D" w:rsidRPr="00A43246" w:rsidRDefault="004D144F" w:rsidP="004D144F">
      <w:pPr>
        <w:spacing w:after="60"/>
        <w:ind w:left="255" w:hanging="255"/>
        <w:jc w:val="both"/>
        <w:rPr>
          <w:lang w:val="it-IT"/>
        </w:rPr>
      </w:pPr>
      <w:r w:rsidRPr="00A43246">
        <w:rPr>
          <w:b/>
          <w:lang w:val="it-IT"/>
        </w:rPr>
        <w:t xml:space="preserve">10. </w:t>
      </w:r>
      <w:r w:rsidRPr="00A43246">
        <w:rPr>
          <w:lang w:val="it-IT"/>
        </w:rPr>
        <w:t>di essere consapevole che il servizio sarà organizzato ed esercitato dal concessionario in piena autonomia, in nome proprio, a proprio rischio e sotto la propria esclusiva responsabilità e che il Comune non garantisce un numero minimo di utenti, ore di frequenza, ricavi, contributi o sussidi;</w:t>
      </w:r>
    </w:p>
    <w:p w14:paraId="514E66E5" w14:textId="77777777" w:rsidR="0063660D" w:rsidRPr="00A43246" w:rsidRDefault="004D144F" w:rsidP="004D144F">
      <w:pPr>
        <w:spacing w:after="60"/>
        <w:ind w:left="255" w:hanging="255"/>
        <w:jc w:val="both"/>
        <w:rPr>
          <w:lang w:val="it-IT"/>
        </w:rPr>
      </w:pPr>
      <w:r w:rsidRPr="00A43246">
        <w:rPr>
          <w:b/>
          <w:lang w:val="it-IT"/>
        </w:rPr>
        <w:t xml:space="preserve">11. </w:t>
      </w:r>
      <w:r w:rsidRPr="00A43246">
        <w:rPr>
          <w:lang w:val="it-IT"/>
        </w:rPr>
        <w:t>di accettare integralmente e senza riserva tutte le condizioni contenute nell'avviso pubblico, nello schema di contratto e negli eventuali allegati;</w:t>
      </w:r>
    </w:p>
    <w:p w14:paraId="47CE4EE9" w14:textId="77777777" w:rsidR="0063660D" w:rsidRPr="00A43246" w:rsidRDefault="004D144F" w:rsidP="004D144F">
      <w:pPr>
        <w:spacing w:after="60"/>
        <w:ind w:left="255" w:hanging="255"/>
        <w:jc w:val="both"/>
        <w:rPr>
          <w:lang w:val="it-IT"/>
        </w:rPr>
      </w:pPr>
      <w:r w:rsidRPr="00A43246">
        <w:rPr>
          <w:b/>
          <w:lang w:val="it-IT"/>
        </w:rPr>
        <w:t xml:space="preserve">12. </w:t>
      </w:r>
      <w:r w:rsidRPr="00A43246">
        <w:rPr>
          <w:lang w:val="it-IT"/>
        </w:rPr>
        <w:t>di essere consapevole che il canone annuo posto a base d'asta è pari a euro 7.000,00 oltre IVA e che l'offerta economica deve essere formulata esclusivamente in rialzo e inserita in separata busta chiusa recante la dicitura "OFFERTA ECONOMICA";</w:t>
      </w:r>
    </w:p>
    <w:p w14:paraId="50B613D0" w14:textId="77777777" w:rsidR="0063660D" w:rsidRPr="00A43246" w:rsidRDefault="004D144F" w:rsidP="004D144F">
      <w:pPr>
        <w:spacing w:after="60"/>
        <w:ind w:left="255" w:hanging="255"/>
        <w:jc w:val="both"/>
        <w:rPr>
          <w:lang w:val="it-IT"/>
        </w:rPr>
      </w:pPr>
      <w:r w:rsidRPr="00A43246">
        <w:rPr>
          <w:b/>
          <w:lang w:val="it-IT"/>
        </w:rPr>
        <w:t xml:space="preserve">13. </w:t>
      </w:r>
      <w:r w:rsidRPr="00A43246">
        <w:rPr>
          <w:lang w:val="it-IT"/>
        </w:rPr>
        <w:t>di impegnarsi, in caso di aggiudicazione, a stipulare il contratto e a produrre la documentazione eventualmente richiesta dal Comune ai fini della verifica dei requisiti e dell'avvio del rapporto;</w:t>
      </w:r>
    </w:p>
    <w:p w14:paraId="7423043A" w14:textId="77777777" w:rsidR="0063660D" w:rsidRPr="00A43246" w:rsidRDefault="004D144F" w:rsidP="004D144F">
      <w:pPr>
        <w:spacing w:after="60"/>
        <w:ind w:left="255" w:hanging="255"/>
        <w:jc w:val="both"/>
        <w:rPr>
          <w:lang w:val="it-IT"/>
        </w:rPr>
      </w:pPr>
      <w:r w:rsidRPr="00A43246">
        <w:rPr>
          <w:b/>
          <w:lang w:val="it-IT"/>
        </w:rPr>
        <w:t xml:space="preserve">14. </w:t>
      </w:r>
      <w:r w:rsidRPr="00A43246">
        <w:rPr>
          <w:lang w:val="it-IT"/>
        </w:rPr>
        <w:t>di autorizzare il Comune a effettuare le verifiche previste dalla normativa sulle dichiarazioni rese e a richiedere direttamente alle amministrazioni competenti la documentazione necessaria alla comprova dei requisiti.</w:t>
      </w:r>
    </w:p>
    <w:p w14:paraId="7E6613F6" w14:textId="77777777" w:rsidR="0063660D" w:rsidRPr="00A43246" w:rsidRDefault="004D144F">
      <w:pPr>
        <w:rPr>
          <w:lang w:val="it-IT"/>
        </w:rPr>
      </w:pPr>
      <w:r w:rsidRPr="00A43246">
        <w:rPr>
          <w:lang w:val="it-IT"/>
        </w:rPr>
        <w:br w:type="page"/>
      </w:r>
    </w:p>
    <w:p w14:paraId="2D18BDFA" w14:textId="77777777" w:rsidR="0063660D" w:rsidRPr="00A43246" w:rsidRDefault="004D144F">
      <w:pPr>
        <w:pStyle w:val="SectionHead"/>
        <w:rPr>
          <w:lang w:val="it-IT"/>
        </w:rPr>
      </w:pPr>
      <w:r w:rsidRPr="00A43246">
        <w:rPr>
          <w:b w:val="0"/>
          <w:lang w:val="it-IT"/>
        </w:rPr>
        <w:lastRenderedPageBreak/>
        <w:t>RECAPITI PER LE COMUNICAZIONI RELATIVE ALLA PROCEDURA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63660D" w14:paraId="399BFA80" w14:textId="77777777">
        <w:trPr>
          <w:cantSplit/>
          <w:jc w:val="center"/>
        </w:trPr>
        <w:tc>
          <w:tcPr>
            <w:tcW w:w="226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3CF22B" w14:textId="77777777" w:rsidR="0063660D" w:rsidRDefault="004D144F">
            <w:proofErr w:type="spellStart"/>
            <w:r>
              <w:rPr>
                <w:b/>
                <w:sz w:val="19"/>
              </w:rPr>
              <w:t>Referente</w:t>
            </w:r>
            <w:proofErr w:type="spellEnd"/>
          </w:p>
        </w:tc>
        <w:tc>
          <w:tcPr>
            <w:tcW w:w="737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2232700" w14:textId="77777777" w:rsidR="0063660D" w:rsidRDefault="004D144F">
            <w:r>
              <w:rPr>
                <w:sz w:val="19"/>
              </w:rPr>
              <w:t>____________________________________________________________</w:t>
            </w:r>
          </w:p>
        </w:tc>
      </w:tr>
      <w:tr w:rsidR="0063660D" w14:paraId="24130FD2" w14:textId="77777777">
        <w:trPr>
          <w:cantSplit/>
          <w:jc w:val="center"/>
        </w:trPr>
        <w:tc>
          <w:tcPr>
            <w:tcW w:w="226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E5CFA0" w14:textId="77777777" w:rsidR="0063660D" w:rsidRDefault="004D144F">
            <w:r>
              <w:rPr>
                <w:b/>
                <w:sz w:val="19"/>
              </w:rPr>
              <w:t>Telefono</w:t>
            </w:r>
          </w:p>
        </w:tc>
        <w:tc>
          <w:tcPr>
            <w:tcW w:w="737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E5AFFC6" w14:textId="77777777" w:rsidR="0063660D" w:rsidRDefault="004D144F">
            <w:r>
              <w:rPr>
                <w:sz w:val="19"/>
              </w:rPr>
              <w:t>______________________________</w:t>
            </w:r>
          </w:p>
        </w:tc>
      </w:tr>
      <w:tr w:rsidR="0063660D" w14:paraId="0E819BEE" w14:textId="77777777">
        <w:trPr>
          <w:cantSplit/>
          <w:jc w:val="center"/>
        </w:trPr>
        <w:tc>
          <w:tcPr>
            <w:tcW w:w="226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A52AA4F" w14:textId="77777777" w:rsidR="0063660D" w:rsidRDefault="004D144F">
            <w:r>
              <w:rPr>
                <w:b/>
                <w:sz w:val="19"/>
              </w:rPr>
              <w:t>E-mail</w:t>
            </w:r>
          </w:p>
        </w:tc>
        <w:tc>
          <w:tcPr>
            <w:tcW w:w="737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5C42F6" w14:textId="77777777" w:rsidR="0063660D" w:rsidRDefault="004D144F">
            <w:r>
              <w:rPr>
                <w:sz w:val="19"/>
              </w:rPr>
              <w:t>____________________________________________________________</w:t>
            </w:r>
          </w:p>
        </w:tc>
      </w:tr>
      <w:tr w:rsidR="0063660D" w14:paraId="532D200C" w14:textId="77777777">
        <w:trPr>
          <w:cantSplit/>
          <w:jc w:val="center"/>
        </w:trPr>
        <w:tc>
          <w:tcPr>
            <w:tcW w:w="226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47B4A8" w14:textId="77777777" w:rsidR="0063660D" w:rsidRDefault="004D144F">
            <w:r>
              <w:rPr>
                <w:b/>
                <w:sz w:val="19"/>
              </w:rPr>
              <w:t>PEC</w:t>
            </w:r>
          </w:p>
        </w:tc>
        <w:tc>
          <w:tcPr>
            <w:tcW w:w="737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EA5789" w14:textId="77777777" w:rsidR="0063660D" w:rsidRDefault="004D144F">
            <w:r>
              <w:rPr>
                <w:sz w:val="19"/>
              </w:rPr>
              <w:t>____________________________________________________________</w:t>
            </w:r>
          </w:p>
        </w:tc>
      </w:tr>
    </w:tbl>
    <w:p w14:paraId="0533612D" w14:textId="77777777" w:rsidR="0063660D" w:rsidRDefault="004D144F">
      <w:pPr>
        <w:pStyle w:val="SectionHead"/>
      </w:pPr>
      <w:r>
        <w:rPr>
          <w:b w:val="0"/>
        </w:rPr>
        <w:t>DOCUMENTAZIONE ALLEGATA</w:t>
      </w:r>
    </w:p>
    <w:p w14:paraId="1F23B5A5" w14:textId="77777777" w:rsidR="0063660D" w:rsidRPr="00A43246" w:rsidRDefault="004D144F">
      <w:pPr>
        <w:spacing w:after="40"/>
        <w:rPr>
          <w:lang w:val="it-IT"/>
        </w:rPr>
      </w:pPr>
      <w:proofErr w:type="gramStart"/>
      <w:r w:rsidRPr="00A43246">
        <w:rPr>
          <w:lang w:val="it-IT"/>
        </w:rPr>
        <w:t>[ ]</w:t>
      </w:r>
      <w:proofErr w:type="gramEnd"/>
      <w:r w:rsidRPr="00A43246">
        <w:rPr>
          <w:lang w:val="it-IT"/>
        </w:rPr>
        <w:t xml:space="preserve"> copia di documento di identità in corso di validità del sottoscrittore, se la domanda è sottoscritta con firma autografa;</w:t>
      </w:r>
    </w:p>
    <w:p w14:paraId="37FC3A8E" w14:textId="77777777" w:rsidR="0063660D" w:rsidRPr="00A43246" w:rsidRDefault="004D144F">
      <w:pPr>
        <w:spacing w:after="40"/>
        <w:rPr>
          <w:lang w:val="it-IT"/>
        </w:rPr>
      </w:pPr>
      <w:proofErr w:type="gramStart"/>
      <w:r w:rsidRPr="00A43246">
        <w:rPr>
          <w:lang w:val="it-IT"/>
        </w:rPr>
        <w:t>[ ]</w:t>
      </w:r>
      <w:proofErr w:type="gramEnd"/>
      <w:r w:rsidRPr="00A43246">
        <w:rPr>
          <w:lang w:val="it-IT"/>
        </w:rPr>
        <w:t xml:space="preserve"> eventuale procura o altro titolo comprovante i poteri di firma, se necessario;</w:t>
      </w:r>
    </w:p>
    <w:p w14:paraId="625F3B97" w14:textId="77777777" w:rsidR="0063660D" w:rsidRPr="00A43246" w:rsidRDefault="004D144F">
      <w:pPr>
        <w:spacing w:after="40"/>
        <w:rPr>
          <w:lang w:val="it-IT"/>
        </w:rPr>
      </w:pPr>
      <w:proofErr w:type="gramStart"/>
      <w:r w:rsidRPr="00A43246">
        <w:rPr>
          <w:lang w:val="it-IT"/>
        </w:rPr>
        <w:t>[ ]</w:t>
      </w:r>
      <w:proofErr w:type="gramEnd"/>
      <w:r w:rsidRPr="00A43246">
        <w:rPr>
          <w:lang w:val="it-IT"/>
        </w:rPr>
        <w:t xml:space="preserve"> altra documentazione: ____________________________________________________________.</w:t>
      </w:r>
    </w:p>
    <w:p w14:paraId="7A7E002B" w14:textId="77777777" w:rsidR="0063660D" w:rsidRPr="00A43246" w:rsidRDefault="004D144F">
      <w:pPr>
        <w:pStyle w:val="SectionHead"/>
        <w:rPr>
          <w:lang w:val="it-IT"/>
        </w:rPr>
      </w:pPr>
      <w:r w:rsidRPr="00A43246">
        <w:rPr>
          <w:b w:val="0"/>
          <w:lang w:val="it-IT"/>
        </w:rPr>
        <w:t>TRATTAMENTO DEI DATI PERSONALI</w:t>
      </w:r>
    </w:p>
    <w:p w14:paraId="4ED97C8A" w14:textId="77777777" w:rsidR="0063660D" w:rsidRPr="00A43246" w:rsidRDefault="004D144F">
      <w:pPr>
        <w:spacing w:after="140"/>
        <w:jc w:val="both"/>
        <w:rPr>
          <w:lang w:val="it-IT"/>
        </w:rPr>
      </w:pPr>
      <w:r w:rsidRPr="00A43246">
        <w:rPr>
          <w:sz w:val="18"/>
          <w:lang w:val="it-IT"/>
        </w:rPr>
        <w:t>Il/La sottoscritto/a dichiara di aver preso visione dell'informativa sul trattamento dei dati personali contenuta nell'avviso pubblico. I dati saranno trattati dal Comune di Terre d'Adige per le finalità connesse alla procedura, alla verifica dei requisiti e all'eventuale gestione del rapporto di concessione, ai sensi del Regolamento (UE) 2016/679 e della normativa nazionale vigente.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63660D" w:rsidRPr="00A43246" w14:paraId="2A6FED80" w14:textId="77777777">
        <w:trPr>
          <w:cantSplit/>
          <w:jc w:val="center"/>
        </w:trPr>
        <w:tc>
          <w:tcPr>
            <w:tcW w:w="5100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14:paraId="088B8AFC" w14:textId="77777777" w:rsidR="0063660D" w:rsidRDefault="004D144F">
            <w:pPr>
              <w:jc w:val="center"/>
            </w:pPr>
            <w:proofErr w:type="spellStart"/>
            <w:r>
              <w:rPr>
                <w:sz w:val="19"/>
              </w:rPr>
              <w:t>Luogo</w:t>
            </w:r>
            <w:proofErr w:type="spellEnd"/>
            <w:r>
              <w:rPr>
                <w:sz w:val="19"/>
              </w:rPr>
              <w:t xml:space="preserve"> e data: _______________________________</w:t>
            </w:r>
          </w:p>
        </w:tc>
        <w:tc>
          <w:tcPr>
            <w:tcW w:w="5100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14:paraId="6C5F98A5" w14:textId="77777777" w:rsidR="0063660D" w:rsidRPr="00A43246" w:rsidRDefault="004D144F">
            <w:pPr>
              <w:jc w:val="center"/>
              <w:rPr>
                <w:lang w:val="it-IT"/>
              </w:rPr>
            </w:pPr>
            <w:r w:rsidRPr="00A43246">
              <w:rPr>
                <w:sz w:val="19"/>
                <w:lang w:val="it-IT"/>
              </w:rPr>
              <w:t>Il legale rappresentante / soggetto munito di poteri di firma</w:t>
            </w:r>
          </w:p>
        </w:tc>
      </w:tr>
      <w:tr w:rsidR="0063660D" w14:paraId="11D3DBA5" w14:textId="77777777">
        <w:trPr>
          <w:cantSplit/>
          <w:jc w:val="center"/>
        </w:trPr>
        <w:tc>
          <w:tcPr>
            <w:tcW w:w="5100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14:paraId="22F70F35" w14:textId="77777777" w:rsidR="0063660D" w:rsidRPr="00A43246" w:rsidRDefault="0063660D">
            <w:pPr>
              <w:jc w:val="center"/>
              <w:rPr>
                <w:lang w:val="it-IT"/>
              </w:rPr>
            </w:pPr>
          </w:p>
        </w:tc>
        <w:tc>
          <w:tcPr>
            <w:tcW w:w="5100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14:paraId="7B0F3792" w14:textId="77777777" w:rsidR="0063660D" w:rsidRDefault="004D144F">
            <w:pPr>
              <w:jc w:val="center"/>
            </w:pPr>
            <w:r>
              <w:rPr>
                <w:sz w:val="19"/>
              </w:rPr>
              <w:t>____________________________________________</w:t>
            </w:r>
          </w:p>
        </w:tc>
      </w:tr>
    </w:tbl>
    <w:p w14:paraId="079E094F" w14:textId="77777777" w:rsidR="0063660D" w:rsidRDefault="004D144F">
      <w:r>
        <w:br w:type="page"/>
      </w:r>
    </w:p>
    <w:p w14:paraId="54D7D04C" w14:textId="77777777" w:rsidR="0063660D" w:rsidRDefault="004D144F">
      <w:pPr>
        <w:spacing w:after="40"/>
        <w:jc w:val="center"/>
      </w:pPr>
      <w:r>
        <w:rPr>
          <w:b/>
          <w:sz w:val="22"/>
        </w:rPr>
        <w:lastRenderedPageBreak/>
        <w:t>ALLEGATO B</w:t>
      </w:r>
    </w:p>
    <w:p w14:paraId="765EE114" w14:textId="77777777" w:rsidR="0063660D" w:rsidRDefault="004D144F">
      <w:pPr>
        <w:spacing w:after="60"/>
        <w:jc w:val="center"/>
      </w:pPr>
      <w:r>
        <w:rPr>
          <w:b/>
          <w:sz w:val="30"/>
        </w:rPr>
        <w:t>OFFERTA ECONOMICA</w:t>
      </w:r>
    </w:p>
    <w:p w14:paraId="30EDA491" w14:textId="77777777" w:rsidR="0063660D" w:rsidRPr="00A43246" w:rsidRDefault="004D144F">
      <w:pPr>
        <w:spacing w:after="140"/>
        <w:jc w:val="center"/>
        <w:rPr>
          <w:lang w:val="it-IT"/>
        </w:rPr>
      </w:pPr>
      <w:r w:rsidRPr="00A43246">
        <w:rPr>
          <w:b/>
          <w:lang w:val="it-IT"/>
        </w:rPr>
        <w:t>DA INSERIRE IN SEPARATA BUSTA CHIUSA RECANTE LA DICITURA "OFFERTA ECONOMICA"</w:t>
      </w:r>
    </w:p>
    <w:p w14:paraId="27CF2286" w14:textId="77777777" w:rsidR="0063660D" w:rsidRPr="00A43246" w:rsidRDefault="004D144F">
      <w:pPr>
        <w:spacing w:after="200"/>
        <w:jc w:val="center"/>
        <w:rPr>
          <w:lang w:val="it-IT"/>
        </w:rPr>
      </w:pPr>
      <w:r w:rsidRPr="00A43246">
        <w:rPr>
          <w:b/>
          <w:sz w:val="19"/>
          <w:lang w:val="it-IT"/>
        </w:rPr>
        <w:t xml:space="preserve">Procedura per l'affidamento in concessione in uso onerosa dell'immobile comunale destinato al servizio di nido familiare - Tagesmutter, </w:t>
      </w:r>
      <w:proofErr w:type="spellStart"/>
      <w:r w:rsidRPr="00A43246">
        <w:rPr>
          <w:b/>
          <w:sz w:val="19"/>
          <w:lang w:val="it-IT"/>
        </w:rPr>
        <w:t>p.ed</w:t>
      </w:r>
      <w:proofErr w:type="spellEnd"/>
      <w:r w:rsidRPr="00A43246">
        <w:rPr>
          <w:b/>
          <w:sz w:val="19"/>
          <w:lang w:val="it-IT"/>
        </w:rPr>
        <w:t>. 348 p.m. 2 sub. 3 C.C. Zambana I - Via Don Mario Pichler n. 2</w:t>
      </w:r>
    </w:p>
    <w:p w14:paraId="506C2BF8" w14:textId="77777777" w:rsidR="0063660D" w:rsidRDefault="004D144F">
      <w:pPr>
        <w:pStyle w:val="SectionHead"/>
      </w:pPr>
      <w:r>
        <w:rPr>
          <w:b w:val="0"/>
        </w:rPr>
        <w:t xml:space="preserve">Il/La </w:t>
      </w:r>
      <w:proofErr w:type="spellStart"/>
      <w:r>
        <w:rPr>
          <w:b w:val="0"/>
        </w:rPr>
        <w:t>sottoscritto</w:t>
      </w:r>
      <w:proofErr w:type="spellEnd"/>
      <w:r>
        <w:rPr>
          <w:b w:val="0"/>
        </w:rPr>
        <w:t>/a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6917"/>
      </w:tblGrid>
      <w:tr w:rsidR="0063660D" w14:paraId="19FE30F2" w14:textId="77777777">
        <w:trPr>
          <w:cantSplit/>
          <w:jc w:val="center"/>
        </w:trPr>
        <w:tc>
          <w:tcPr>
            <w:tcW w:w="2721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DFB942" w14:textId="77777777" w:rsidR="0063660D" w:rsidRDefault="004D144F">
            <w:r>
              <w:rPr>
                <w:b/>
                <w:sz w:val="19"/>
              </w:rPr>
              <w:t>Cognome e nome</w:t>
            </w:r>
          </w:p>
        </w:tc>
        <w:tc>
          <w:tcPr>
            <w:tcW w:w="691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D315F6" w14:textId="77777777" w:rsidR="0063660D" w:rsidRDefault="004D144F">
            <w:r>
              <w:rPr>
                <w:sz w:val="19"/>
              </w:rPr>
              <w:t>____________________________________________________________</w:t>
            </w:r>
          </w:p>
        </w:tc>
      </w:tr>
      <w:tr w:rsidR="0063660D" w14:paraId="7FFBAAAE" w14:textId="77777777">
        <w:trPr>
          <w:cantSplit/>
          <w:jc w:val="center"/>
        </w:trPr>
        <w:tc>
          <w:tcPr>
            <w:tcW w:w="2721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7A87EB2" w14:textId="77777777" w:rsidR="0063660D" w:rsidRDefault="004D144F">
            <w:r>
              <w:rPr>
                <w:b/>
                <w:sz w:val="19"/>
              </w:rPr>
              <w:t>Nato/a a / il</w:t>
            </w:r>
          </w:p>
        </w:tc>
        <w:tc>
          <w:tcPr>
            <w:tcW w:w="691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61147C9" w14:textId="77777777" w:rsidR="0063660D" w:rsidRDefault="004D144F">
            <w:r>
              <w:rPr>
                <w:sz w:val="19"/>
              </w:rPr>
              <w:t>___________________________________  il __________________________</w:t>
            </w:r>
          </w:p>
        </w:tc>
      </w:tr>
      <w:tr w:rsidR="0063660D" w14:paraId="714C6A95" w14:textId="77777777">
        <w:trPr>
          <w:cantSplit/>
          <w:jc w:val="center"/>
        </w:trPr>
        <w:tc>
          <w:tcPr>
            <w:tcW w:w="2721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4CFCC0B" w14:textId="77777777" w:rsidR="0063660D" w:rsidRPr="00A43246" w:rsidRDefault="004D144F">
            <w:pPr>
              <w:rPr>
                <w:lang w:val="it-IT"/>
              </w:rPr>
            </w:pPr>
            <w:r w:rsidRPr="00A43246">
              <w:rPr>
                <w:b/>
                <w:sz w:val="19"/>
                <w:lang w:val="it-IT"/>
              </w:rPr>
              <w:t>In qualità di / del soggetto</w:t>
            </w:r>
          </w:p>
        </w:tc>
        <w:tc>
          <w:tcPr>
            <w:tcW w:w="691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D3C57E" w14:textId="77777777" w:rsidR="0063660D" w:rsidRDefault="004D144F">
            <w:r>
              <w:rPr>
                <w:sz w:val="19"/>
              </w:rPr>
              <w:t>______________________________ / ____________________________</w:t>
            </w:r>
          </w:p>
        </w:tc>
      </w:tr>
      <w:tr w:rsidR="0063660D" w14:paraId="512F7384" w14:textId="77777777">
        <w:trPr>
          <w:cantSplit/>
          <w:jc w:val="center"/>
        </w:trPr>
        <w:tc>
          <w:tcPr>
            <w:tcW w:w="2721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A1C0FB" w14:textId="77777777" w:rsidR="0063660D" w:rsidRDefault="004D144F">
            <w:r>
              <w:rPr>
                <w:b/>
                <w:sz w:val="19"/>
              </w:rPr>
              <w:t>Codice fiscale / P. IVA</w:t>
            </w:r>
          </w:p>
        </w:tc>
        <w:tc>
          <w:tcPr>
            <w:tcW w:w="691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775118F" w14:textId="77777777" w:rsidR="0063660D" w:rsidRDefault="004D144F">
            <w:r>
              <w:rPr>
                <w:sz w:val="19"/>
              </w:rPr>
              <w:t>____________________________________________________________</w:t>
            </w:r>
          </w:p>
        </w:tc>
      </w:tr>
    </w:tbl>
    <w:p w14:paraId="246F5D41" w14:textId="77777777" w:rsidR="0063660D" w:rsidRDefault="004D144F">
      <w:pPr>
        <w:spacing w:after="40"/>
        <w:jc w:val="center"/>
      </w:pPr>
      <w:r>
        <w:rPr>
          <w:b/>
          <w:sz w:val="22"/>
        </w:rPr>
        <w:t>PRESO ATTO</w:t>
      </w:r>
    </w:p>
    <w:p w14:paraId="5F595955" w14:textId="77777777" w:rsidR="0063660D" w:rsidRPr="00A43246" w:rsidRDefault="004D144F">
      <w:pPr>
        <w:jc w:val="both"/>
        <w:rPr>
          <w:lang w:val="it-IT"/>
        </w:rPr>
      </w:pPr>
      <w:r w:rsidRPr="00A43246">
        <w:rPr>
          <w:sz w:val="18"/>
          <w:lang w:val="it-IT"/>
        </w:rPr>
        <w:t>che il canone annuo di concessione posto a base d'asta è pari a euro 7.000,00 (settemila/00), oltre IVA nella misura di legge, e che sono ammesse esclusivamente offerte in rialzo rispetto a tale importo;</w:t>
      </w:r>
    </w:p>
    <w:p w14:paraId="01C5001A" w14:textId="77777777" w:rsidR="0063660D" w:rsidRDefault="004D144F">
      <w:pPr>
        <w:jc w:val="center"/>
      </w:pPr>
      <w:r>
        <w:rPr>
          <w:b/>
          <w:sz w:val="24"/>
        </w:rPr>
        <w:t>OFFRE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6236"/>
      </w:tblGrid>
      <w:tr w:rsidR="0063660D" w14:paraId="20EAE45A" w14:textId="77777777">
        <w:trPr>
          <w:cantSplit/>
          <w:jc w:val="center"/>
        </w:trPr>
        <w:tc>
          <w:tcPr>
            <w:tcW w:w="3402" w:type="dxa"/>
            <w:shd w:val="clear" w:color="auto" w:fill="D9EAD3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DA1A056" w14:textId="77777777" w:rsidR="0063660D" w:rsidRPr="00A43246" w:rsidRDefault="004D144F">
            <w:pPr>
              <w:rPr>
                <w:lang w:val="it-IT"/>
              </w:rPr>
            </w:pPr>
            <w:r w:rsidRPr="00A43246">
              <w:rPr>
                <w:b/>
                <w:sz w:val="18"/>
                <w:lang w:val="it-IT"/>
              </w:rPr>
              <w:t>CANONE ANNUO OFFERTO - in cifre</w:t>
            </w:r>
          </w:p>
        </w:tc>
        <w:tc>
          <w:tcPr>
            <w:tcW w:w="623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C90FA9B" w14:textId="77777777" w:rsidR="0063660D" w:rsidRDefault="004D144F">
            <w:r>
              <w:rPr>
                <w:b/>
                <w:sz w:val="18"/>
              </w:rPr>
              <w:t xml:space="preserve">Euro ________________________________ </w:t>
            </w:r>
            <w:proofErr w:type="spellStart"/>
            <w:r>
              <w:rPr>
                <w:b/>
                <w:sz w:val="18"/>
              </w:rPr>
              <w:t>oltre</w:t>
            </w:r>
            <w:proofErr w:type="spellEnd"/>
            <w:r>
              <w:rPr>
                <w:b/>
                <w:sz w:val="18"/>
              </w:rPr>
              <w:t xml:space="preserve"> IVA</w:t>
            </w:r>
          </w:p>
        </w:tc>
      </w:tr>
      <w:tr w:rsidR="0063660D" w14:paraId="28BBE58D" w14:textId="77777777">
        <w:trPr>
          <w:cantSplit/>
          <w:jc w:val="center"/>
        </w:trPr>
        <w:tc>
          <w:tcPr>
            <w:tcW w:w="3402" w:type="dxa"/>
            <w:shd w:val="clear" w:color="auto" w:fill="D9EAD3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E471494" w14:textId="77777777" w:rsidR="0063660D" w:rsidRPr="00A43246" w:rsidRDefault="004D144F">
            <w:pPr>
              <w:rPr>
                <w:lang w:val="it-IT"/>
              </w:rPr>
            </w:pPr>
            <w:r w:rsidRPr="00A43246">
              <w:rPr>
                <w:b/>
                <w:sz w:val="18"/>
                <w:lang w:val="it-IT"/>
              </w:rPr>
              <w:t>CANONE ANNUO OFFERTO - in lettere</w:t>
            </w:r>
          </w:p>
        </w:tc>
        <w:tc>
          <w:tcPr>
            <w:tcW w:w="623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7ED6156" w14:textId="77777777" w:rsidR="0063660D" w:rsidRDefault="004D144F">
            <w:r>
              <w:rPr>
                <w:b/>
                <w:sz w:val="18"/>
              </w:rPr>
              <w:t>Euro ____________________________________________________________</w:t>
            </w:r>
            <w:r>
              <w:rPr>
                <w:b/>
                <w:sz w:val="18"/>
              </w:rPr>
              <w:br/>
              <w:t xml:space="preserve">__________________________________________________________________ </w:t>
            </w:r>
            <w:proofErr w:type="spellStart"/>
            <w:r>
              <w:rPr>
                <w:b/>
                <w:sz w:val="18"/>
              </w:rPr>
              <w:t>oltre</w:t>
            </w:r>
            <w:proofErr w:type="spellEnd"/>
            <w:r>
              <w:rPr>
                <w:b/>
                <w:sz w:val="18"/>
              </w:rPr>
              <w:t xml:space="preserve"> IVA</w:t>
            </w:r>
          </w:p>
        </w:tc>
      </w:tr>
      <w:tr w:rsidR="0063660D" w14:paraId="10DAAE75" w14:textId="77777777">
        <w:trPr>
          <w:cantSplit/>
          <w:jc w:val="center"/>
        </w:trPr>
        <w:tc>
          <w:tcPr>
            <w:tcW w:w="3402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622CBC" w14:textId="77777777" w:rsidR="0063660D" w:rsidRPr="00A43246" w:rsidRDefault="004D144F">
            <w:pPr>
              <w:rPr>
                <w:lang w:val="it-IT"/>
              </w:rPr>
            </w:pPr>
            <w:r w:rsidRPr="00A43246">
              <w:rPr>
                <w:b/>
                <w:sz w:val="18"/>
                <w:lang w:val="it-IT"/>
              </w:rPr>
              <w:t>RIALZO rispetto alla base d'asta</w:t>
            </w:r>
          </w:p>
        </w:tc>
        <w:tc>
          <w:tcPr>
            <w:tcW w:w="623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5B1253" w14:textId="77777777" w:rsidR="0063660D" w:rsidRDefault="004D144F">
            <w:r>
              <w:rPr>
                <w:sz w:val="18"/>
              </w:rPr>
              <w:t>Euro ________________________________</w:t>
            </w:r>
          </w:p>
        </w:tc>
      </w:tr>
    </w:tbl>
    <w:p w14:paraId="306369BD" w14:textId="77777777" w:rsidR="0063660D" w:rsidRDefault="0063660D">
      <w:pPr>
        <w:spacing w:after="20"/>
      </w:pPr>
    </w:p>
    <w:p w14:paraId="70DC4A14" w14:textId="77777777" w:rsidR="0063660D" w:rsidRPr="00A43246" w:rsidRDefault="004D144F">
      <w:pPr>
        <w:jc w:val="both"/>
        <w:rPr>
          <w:lang w:val="it-IT"/>
        </w:rPr>
      </w:pPr>
      <w:r w:rsidRPr="00A43246">
        <w:rPr>
          <w:b/>
          <w:sz w:val="18"/>
          <w:lang w:val="it-IT"/>
        </w:rPr>
        <w:t>Il canone annuo offerto si intende al netto dell'IVA. In caso di discordanza tra l'importo indicato in cifre e quello indicato in lettere, prevale l'importo espresso in lettere, secondo quanto previsto dall'avviso.</w:t>
      </w:r>
    </w:p>
    <w:p w14:paraId="4E12D9F9" w14:textId="77777777" w:rsidR="0063660D" w:rsidRPr="00A43246" w:rsidRDefault="004D144F">
      <w:pPr>
        <w:spacing w:after="40"/>
        <w:jc w:val="center"/>
        <w:rPr>
          <w:lang w:val="it-IT"/>
        </w:rPr>
      </w:pPr>
      <w:r w:rsidRPr="00A43246">
        <w:rPr>
          <w:b/>
          <w:lang w:val="it-IT"/>
        </w:rPr>
        <w:t>IL SOTTOSCRITTO DICHIARA INOLTRE</w:t>
      </w:r>
    </w:p>
    <w:p w14:paraId="44411746" w14:textId="77777777" w:rsidR="0063660D" w:rsidRPr="00A43246" w:rsidRDefault="004D144F">
      <w:pPr>
        <w:spacing w:after="20"/>
        <w:rPr>
          <w:lang w:val="it-IT"/>
        </w:rPr>
      </w:pPr>
      <w:proofErr w:type="gramStart"/>
      <w:r w:rsidRPr="00A43246">
        <w:rPr>
          <w:lang w:val="it-IT"/>
        </w:rPr>
        <w:t>[ ]</w:t>
      </w:r>
      <w:proofErr w:type="gramEnd"/>
      <w:r w:rsidRPr="00A43246">
        <w:rPr>
          <w:lang w:val="it-IT"/>
        </w:rPr>
        <w:t xml:space="preserve"> che l'offerta è incondizionata, irrevocabile per il periodo previsto dalla procedura e formulata nel pieno rispetto dell'avviso pubblico e dello schema di contratto;</w:t>
      </w:r>
    </w:p>
    <w:p w14:paraId="1026AEE6" w14:textId="77777777" w:rsidR="0063660D" w:rsidRPr="00A43246" w:rsidRDefault="004D144F">
      <w:pPr>
        <w:spacing w:after="20"/>
        <w:rPr>
          <w:lang w:val="it-IT"/>
        </w:rPr>
      </w:pPr>
      <w:proofErr w:type="gramStart"/>
      <w:r w:rsidRPr="00A43246">
        <w:rPr>
          <w:lang w:val="it-IT"/>
        </w:rPr>
        <w:t>[ ]</w:t>
      </w:r>
      <w:proofErr w:type="gramEnd"/>
      <w:r w:rsidRPr="00A43246">
        <w:rPr>
          <w:lang w:val="it-IT"/>
        </w:rPr>
        <w:t xml:space="preserve"> che l'importo offerto non è inferiore alla base d'asta di euro 7.000,00 oltre IVA;</w:t>
      </w:r>
    </w:p>
    <w:p w14:paraId="3710788F" w14:textId="77777777" w:rsidR="0063660D" w:rsidRPr="00A43246" w:rsidRDefault="004D144F">
      <w:pPr>
        <w:spacing w:after="20"/>
        <w:rPr>
          <w:lang w:val="it-IT"/>
        </w:rPr>
      </w:pPr>
      <w:proofErr w:type="gramStart"/>
      <w:r w:rsidRPr="00A43246">
        <w:rPr>
          <w:lang w:val="it-IT"/>
        </w:rPr>
        <w:t>[ ]</w:t>
      </w:r>
      <w:proofErr w:type="gramEnd"/>
      <w:r w:rsidRPr="00A43246">
        <w:rPr>
          <w:lang w:val="it-IT"/>
        </w:rPr>
        <w:t xml:space="preserve"> di aver tenuto conto, nella formulazione dell'offerta, di tutti gli obblighi, gli oneri e le spese posti a carico del concessionario dall'avviso e dallo schema di contratto;</w:t>
      </w:r>
    </w:p>
    <w:p w14:paraId="0DEDD8F9" w14:textId="77777777" w:rsidR="0063660D" w:rsidRPr="00A43246" w:rsidRDefault="004D144F">
      <w:pPr>
        <w:spacing w:after="20"/>
        <w:rPr>
          <w:lang w:val="it-IT"/>
        </w:rPr>
      </w:pPr>
      <w:proofErr w:type="gramStart"/>
      <w:r w:rsidRPr="00A43246">
        <w:rPr>
          <w:lang w:val="it-IT"/>
        </w:rPr>
        <w:t>[ ]</w:t>
      </w:r>
      <w:proofErr w:type="gramEnd"/>
      <w:r w:rsidRPr="00A43246">
        <w:rPr>
          <w:lang w:val="it-IT"/>
        </w:rPr>
        <w:t xml:space="preserve"> di essere consapevole che il canone annuo offerto, in caso di aggiudicazione, costituirà il canone contrattuale annuo dovuto al Comune, oltre IVA nella misura di legge.</w:t>
      </w:r>
    </w:p>
    <w:p w14:paraId="78A985D2" w14:textId="77777777" w:rsidR="0063660D" w:rsidRPr="00A43246" w:rsidRDefault="0063660D">
      <w:pPr>
        <w:spacing w:after="20"/>
        <w:rPr>
          <w:lang w:val="it-IT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63660D" w:rsidRPr="00A43246" w14:paraId="27AB79C7" w14:textId="77777777">
        <w:trPr>
          <w:cantSplit/>
          <w:jc w:val="center"/>
        </w:trPr>
        <w:tc>
          <w:tcPr>
            <w:tcW w:w="5100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14:paraId="1A7FC06D" w14:textId="77777777" w:rsidR="0063660D" w:rsidRDefault="004D144F">
            <w:pPr>
              <w:jc w:val="center"/>
            </w:pPr>
            <w:proofErr w:type="spellStart"/>
            <w:r>
              <w:rPr>
                <w:sz w:val="19"/>
              </w:rPr>
              <w:t>Luogo</w:t>
            </w:r>
            <w:proofErr w:type="spellEnd"/>
            <w:r>
              <w:rPr>
                <w:sz w:val="19"/>
              </w:rPr>
              <w:t xml:space="preserve"> e data: _______________________________</w:t>
            </w:r>
          </w:p>
        </w:tc>
        <w:tc>
          <w:tcPr>
            <w:tcW w:w="5100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14:paraId="3205E83F" w14:textId="77777777" w:rsidR="0063660D" w:rsidRPr="00A43246" w:rsidRDefault="004D144F">
            <w:pPr>
              <w:jc w:val="center"/>
              <w:rPr>
                <w:lang w:val="it-IT"/>
              </w:rPr>
            </w:pPr>
            <w:r w:rsidRPr="00A43246">
              <w:rPr>
                <w:sz w:val="19"/>
                <w:lang w:val="it-IT"/>
              </w:rPr>
              <w:t>Firma del legale rappresentante / soggetto munito di poteri di firma</w:t>
            </w:r>
          </w:p>
        </w:tc>
      </w:tr>
      <w:tr w:rsidR="0063660D" w14:paraId="043215B7" w14:textId="77777777">
        <w:trPr>
          <w:cantSplit/>
          <w:jc w:val="center"/>
        </w:trPr>
        <w:tc>
          <w:tcPr>
            <w:tcW w:w="5100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14:paraId="786B864E" w14:textId="77777777" w:rsidR="0063660D" w:rsidRPr="00A43246" w:rsidRDefault="0063660D">
            <w:pPr>
              <w:jc w:val="center"/>
              <w:rPr>
                <w:lang w:val="it-IT"/>
              </w:rPr>
            </w:pPr>
          </w:p>
        </w:tc>
        <w:tc>
          <w:tcPr>
            <w:tcW w:w="5100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14:paraId="500C5552" w14:textId="77777777" w:rsidR="0063660D" w:rsidRDefault="004D144F">
            <w:pPr>
              <w:jc w:val="center"/>
            </w:pPr>
            <w:r>
              <w:rPr>
                <w:sz w:val="19"/>
              </w:rPr>
              <w:t>____________________________________________</w:t>
            </w:r>
          </w:p>
        </w:tc>
      </w:tr>
    </w:tbl>
    <w:p w14:paraId="1077C8AD" w14:textId="77777777" w:rsidR="004D144F" w:rsidRDefault="004D144F"/>
    <w:sectPr w:rsidR="00000000" w:rsidSect="00034616">
      <w:headerReference w:type="default" r:id="rId8"/>
      <w:footerReference w:type="default" r:id="rId9"/>
      <w:pgSz w:w="12240" w:h="15840"/>
      <w:pgMar w:top="624" w:right="1020" w:bottom="794" w:left="1020" w:header="22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E4029" w14:textId="77777777" w:rsidR="004D144F" w:rsidRDefault="004D144F">
      <w:pPr>
        <w:spacing w:after="0" w:line="240" w:lineRule="auto"/>
      </w:pPr>
      <w:r>
        <w:separator/>
      </w:r>
    </w:p>
  </w:endnote>
  <w:endnote w:type="continuationSeparator" w:id="0">
    <w:p w14:paraId="4FFDB593" w14:textId="77777777" w:rsidR="004D144F" w:rsidRDefault="004D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967D" w14:textId="77777777" w:rsidR="0063660D" w:rsidRPr="00A43246" w:rsidRDefault="004D144F">
    <w:pPr>
      <w:pStyle w:val="Pidipagina"/>
      <w:jc w:val="center"/>
      <w:rPr>
        <w:lang w:val="it-IT"/>
      </w:rPr>
    </w:pPr>
    <w:r w:rsidRPr="00A43246">
      <w:rPr>
        <w:sz w:val="15"/>
        <w:lang w:val="it-IT"/>
      </w:rPr>
      <w:t>Comune di Terre d'Adige - Piazza Santi Filippo e Giacomo 5 - 38097 Terre d'Adige (TN)</w:t>
    </w:r>
    <w:r w:rsidRPr="00A43246">
      <w:rPr>
        <w:sz w:val="15"/>
        <w:lang w:val="it-IT"/>
      </w:rPr>
      <w:br/>
      <w:t>Tel. 0461 870641 - segreteria@comune.terredadige.tn.it - comune@pec.comune.terredadige.tn.it</w:t>
    </w:r>
  </w:p>
  <w:p w14:paraId="54791712" w14:textId="77777777" w:rsidR="0063660D" w:rsidRDefault="004D144F">
    <w:pPr>
      <w:spacing w:after="0"/>
      <w:jc w:val="right"/>
    </w:pPr>
    <w:r>
      <w:rPr>
        <w:sz w:val="15"/>
      </w:rPr>
      <w:t xml:space="preserve">Pag. </w:t>
    </w:r>
    <w:r>
      <w:rPr>
        <w:sz w:val="15"/>
      </w:rPr>
      <w:fldChar w:fldCharType="begin"/>
    </w:r>
    <w:r>
      <w:rPr>
        <w:sz w:val="15"/>
      </w:rPr>
      <w:instrText xml:space="preserve"> PAGE </w:instrText>
    </w:r>
    <w:r w:rsidR="00A43246">
      <w:rPr>
        <w:sz w:val="15"/>
      </w:rPr>
      <w:fldChar w:fldCharType="separate"/>
    </w:r>
    <w:r w:rsidR="00A43246">
      <w:rPr>
        <w:noProof/>
        <w:sz w:val="15"/>
      </w:rPr>
      <w:t>1</w:t>
    </w:r>
    <w:r>
      <w:rPr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F88FA" w14:textId="77777777" w:rsidR="004D144F" w:rsidRDefault="004D144F">
      <w:pPr>
        <w:spacing w:after="0" w:line="240" w:lineRule="auto"/>
      </w:pPr>
      <w:r>
        <w:separator/>
      </w:r>
    </w:p>
  </w:footnote>
  <w:footnote w:type="continuationSeparator" w:id="0">
    <w:p w14:paraId="7C9210B8" w14:textId="77777777" w:rsidR="004D144F" w:rsidRDefault="004D1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A553" w14:textId="77777777" w:rsidR="0063660D" w:rsidRDefault="0063660D">
    <w:pPr>
      <w:pStyle w:val="Intestazione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1247"/>
      <w:gridCol w:w="8561"/>
    </w:tblGrid>
    <w:tr w:rsidR="0063660D" w:rsidRPr="00A43246" w14:paraId="554E1C59" w14:textId="77777777">
      <w:trPr>
        <w:jc w:val="center"/>
      </w:trPr>
      <w:tc>
        <w:tcPr>
          <w:tcW w:w="1247" w:type="dxa"/>
          <w:vAlign w:val="center"/>
        </w:tcPr>
        <w:p w14:paraId="35F25059" w14:textId="77777777" w:rsidR="0063660D" w:rsidRDefault="004D144F">
          <w:pPr>
            <w:jc w:val="center"/>
          </w:pPr>
          <w:r>
            <w:rPr>
              <w:noProof/>
            </w:rPr>
            <w:drawing>
              <wp:inline distT="0" distB="0" distL="0" distR="0" wp14:anchorId="19889632" wp14:editId="27F6ADC5">
                <wp:extent cx="500087" cy="648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087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61" w:type="dxa"/>
          <w:vAlign w:val="center"/>
        </w:tcPr>
        <w:p w14:paraId="2C012F17" w14:textId="77777777" w:rsidR="0063660D" w:rsidRPr="00A43246" w:rsidRDefault="004D144F">
          <w:pPr>
            <w:spacing w:after="0"/>
            <w:jc w:val="center"/>
            <w:rPr>
              <w:lang w:val="it-IT"/>
            </w:rPr>
          </w:pPr>
          <w:r w:rsidRPr="00A43246">
            <w:rPr>
              <w:b/>
              <w:sz w:val="28"/>
              <w:lang w:val="it-IT"/>
            </w:rPr>
            <w:t>COMUNE DI TERRE D'ADIGE</w:t>
          </w:r>
        </w:p>
        <w:p w14:paraId="44784724" w14:textId="77777777" w:rsidR="0063660D" w:rsidRPr="00A43246" w:rsidRDefault="004D144F">
          <w:pPr>
            <w:spacing w:after="0"/>
            <w:jc w:val="center"/>
            <w:rPr>
              <w:lang w:val="it-IT"/>
            </w:rPr>
          </w:pPr>
          <w:r w:rsidRPr="00A43246">
            <w:rPr>
              <w:b/>
              <w:lang w:val="it-IT"/>
            </w:rPr>
            <w:t>Provincia di Trento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6913766">
    <w:abstractNumId w:val="8"/>
  </w:num>
  <w:num w:numId="2" w16cid:durableId="1917787197">
    <w:abstractNumId w:val="6"/>
  </w:num>
  <w:num w:numId="3" w16cid:durableId="2140830902">
    <w:abstractNumId w:val="5"/>
  </w:num>
  <w:num w:numId="4" w16cid:durableId="1592355410">
    <w:abstractNumId w:val="4"/>
  </w:num>
  <w:num w:numId="5" w16cid:durableId="1157648058">
    <w:abstractNumId w:val="7"/>
  </w:num>
  <w:num w:numId="6" w16cid:durableId="1640571480">
    <w:abstractNumId w:val="3"/>
  </w:num>
  <w:num w:numId="7" w16cid:durableId="1611276505">
    <w:abstractNumId w:val="2"/>
  </w:num>
  <w:num w:numId="8" w16cid:durableId="1397044792">
    <w:abstractNumId w:val="1"/>
  </w:num>
  <w:num w:numId="9" w16cid:durableId="2090347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5262"/>
    <w:rsid w:val="0029639D"/>
    <w:rsid w:val="00326F90"/>
    <w:rsid w:val="004D144F"/>
    <w:rsid w:val="0063660D"/>
    <w:rsid w:val="0083676B"/>
    <w:rsid w:val="00A4324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C315F"/>
  <w14:defaultImageDpi w14:val="300"/>
  <w15:docId w15:val="{3FFC4F2A-0D8B-4E86-884E-F071B941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52" w:lineRule="auto"/>
    </w:pPr>
    <w:rPr>
      <w:rFonts w:ascii="Times New Roman" w:hAnsi="Times New Roman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Title"/>
    <w:pPr>
      <w:spacing w:after="100"/>
    </w:pPr>
    <w:rPr>
      <w:rFonts w:ascii="Times New Roman" w:hAnsi="Times New Roman"/>
      <w:b/>
      <w:sz w:val="30"/>
    </w:rPr>
  </w:style>
  <w:style w:type="paragraph" w:customStyle="1" w:styleId="SectionHead">
    <w:name w:val="SectionHead"/>
    <w:pPr>
      <w:spacing w:before="160" w:after="80"/>
    </w:pPr>
    <w:rPr>
      <w:rFonts w:ascii="Times New Roman" w:hAnsi="Times New Roman"/>
      <w:b/>
      <w:sz w:val="23"/>
    </w:rPr>
  </w:style>
  <w:style w:type="paragraph" w:customStyle="1" w:styleId="SmallNote">
    <w:name w:val="SmallNote"/>
    <w:pPr>
      <w:spacing w:after="40"/>
    </w:pPr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domanda e offerta economica - Concessione immobile Tagesmutter</dc:title>
  <dc:subject>Procedura pubblica Comune di Terre d'Adige</dc:subject>
  <dc:creator>Comune di Terre d'Adige</dc:creator>
  <cp:keywords/>
  <dc:description>generated by python-docx</dc:description>
  <cp:lastModifiedBy>Alfredo Carone - CTA</cp:lastModifiedBy>
  <cp:revision>4</cp:revision>
  <dcterms:created xsi:type="dcterms:W3CDTF">2026-08-10T12:10:00Z</dcterms:created>
  <dcterms:modified xsi:type="dcterms:W3CDTF">2026-08-10T12:10:00Z</dcterms:modified>
  <cp:category/>
</cp:coreProperties>
</file>